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8CCCC" w14:textId="73110DEB" w:rsidR="00CF48B7" w:rsidRPr="00E27DC2" w:rsidRDefault="00E72B39" w:rsidP="00BB4055">
      <w:pPr>
        <w:pStyle w:val="Ttulo1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E27DC2">
        <w:rPr>
          <w:rFonts w:ascii="Arial" w:hAnsi="Arial" w:cs="Arial"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52837" wp14:editId="3C13445A">
                <wp:simplePos x="0" y="0"/>
                <wp:positionH relativeFrom="column">
                  <wp:posOffset>5620237</wp:posOffset>
                </wp:positionH>
                <wp:positionV relativeFrom="paragraph">
                  <wp:posOffset>-447025</wp:posOffset>
                </wp:positionV>
                <wp:extent cx="760781" cy="709574"/>
                <wp:effectExtent l="0" t="0" r="20320" b="14605"/>
                <wp:wrapNone/>
                <wp:docPr id="129751645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1" cy="7095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5424FD" w14:textId="484F00C1" w:rsidR="00E72B39" w:rsidRPr="00E27DC2" w:rsidRDefault="00E72B39">
                            <w:r w:rsidRPr="00317D1A">
                              <w:rPr>
                                <w:rFonts w:ascii="Arial" w:hAnsi="Arial" w:cs="Arial"/>
                              </w:rPr>
                              <w:t>Nota</w:t>
                            </w:r>
                          </w:p>
                          <w:p w14:paraId="14A9B460" w14:textId="77777777" w:rsidR="00E72B39" w:rsidRPr="00E27DC2" w:rsidRDefault="00E72B39"/>
                          <w:p w14:paraId="476BFEC0" w14:textId="77777777" w:rsidR="00E72B39" w:rsidRPr="00E27DC2" w:rsidRDefault="00E72B39"/>
                          <w:p w14:paraId="76A5899A" w14:textId="77777777" w:rsidR="00E72B39" w:rsidRPr="00E27DC2" w:rsidRDefault="00E72B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35283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442.55pt;margin-top:-35.2pt;width:59.9pt;height:55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" fillcolor="white [3201]" strokeweight=".5pt">
                <v:textbox>
                  <w:txbxContent>
                    <w:p w14:paraId="295424FD" w14:textId="484F00C1" w:rsidR="00E72B39" w:rsidRPr="00E27DC2" w:rsidRDefault="00E72B39">
                      <w:r w:rsidRPr="00317D1A">
                        <w:rPr>
                          <w:rFonts w:ascii="Arial" w:hAnsi="Arial" w:cs="Arial"/>
                        </w:rPr>
                        <w:t>Nota</w:t>
                      </w:r>
                    </w:p>
                    <w:p w14:paraId="14A9B460" w14:textId="77777777" w:rsidR="00E72B39" w:rsidRPr="00E27DC2" w:rsidRDefault="00E72B39"/>
                    <w:p w14:paraId="476BFEC0" w14:textId="77777777" w:rsidR="00E72B39" w:rsidRPr="00E27DC2" w:rsidRDefault="00E72B39"/>
                    <w:p w14:paraId="76A5899A" w14:textId="77777777" w:rsidR="00E72B39" w:rsidRPr="00E27DC2" w:rsidRDefault="00E72B39"/>
                  </w:txbxContent>
                </v:textbox>
              </v:shape>
            </w:pict>
          </mc:Fallback>
        </mc:AlternateContent>
      </w:r>
      <w:r w:rsidR="00E41449" w:rsidRPr="00E27DC2">
        <w:rPr>
          <w:rFonts w:ascii="Arial" w:hAnsi="Arial" w:cs="Arial"/>
          <w:color w:val="000000" w:themeColor="text1"/>
          <w:sz w:val="22"/>
          <w:szCs w:val="22"/>
        </w:rPr>
        <w:t>CUC</w:t>
      </w:r>
      <w:r w:rsidR="000A2774" w:rsidRPr="00E27DC2">
        <w:rPr>
          <w:rFonts w:ascii="Arial" w:hAnsi="Arial" w:cs="Arial"/>
          <w:color w:val="000000" w:themeColor="text1"/>
          <w:sz w:val="22"/>
          <w:szCs w:val="22"/>
        </w:rPr>
        <w:t xml:space="preserve"> N° 1</w:t>
      </w:r>
      <w:r w:rsidR="00E41449" w:rsidRPr="00E27DC2">
        <w:rPr>
          <w:rFonts w:ascii="Arial" w:hAnsi="Arial" w:cs="Arial"/>
          <w:color w:val="000000" w:themeColor="text1"/>
          <w:sz w:val="22"/>
          <w:szCs w:val="22"/>
        </w:rPr>
        <w:t>: HISTORIA DE CHILE (1810–1823)</w:t>
      </w:r>
    </w:p>
    <w:p w14:paraId="2D22769B" w14:textId="77777777" w:rsidR="0046063E" w:rsidRPr="00E27DC2" w:rsidRDefault="0046063E" w:rsidP="005B68F1"/>
    <w:p w14:paraId="5BC1C749" w14:textId="451862CB" w:rsidR="005B68F1" w:rsidRPr="00E27DC2" w:rsidRDefault="005B68F1" w:rsidP="005B68F1">
      <w:pPr>
        <w:rPr>
          <w:rFonts w:ascii="Arial" w:hAnsi="Arial" w:cs="Arial"/>
        </w:rPr>
      </w:pPr>
      <w:r w:rsidRPr="00E27DC2">
        <w:rPr>
          <w:rFonts w:ascii="Arial" w:hAnsi="Arial" w:cs="Arial"/>
        </w:rPr>
        <w:t>NOMBRE: ____________________________</w:t>
      </w:r>
      <w:r w:rsidR="00317D1A">
        <w:rPr>
          <w:rFonts w:ascii="Arial" w:hAnsi="Arial" w:cs="Arial"/>
        </w:rPr>
        <w:t>___________</w:t>
      </w:r>
      <w:r w:rsidRPr="00E27DC2">
        <w:rPr>
          <w:rFonts w:ascii="Arial" w:hAnsi="Arial" w:cs="Arial"/>
        </w:rPr>
        <w:t>____</w:t>
      </w:r>
      <w:r w:rsidR="0046063E" w:rsidRPr="00E27DC2">
        <w:rPr>
          <w:rFonts w:ascii="Arial" w:hAnsi="Arial" w:cs="Arial"/>
        </w:rPr>
        <w:t xml:space="preserve"> N° _________</w:t>
      </w:r>
      <w:r w:rsidR="00317D1A">
        <w:rPr>
          <w:rFonts w:ascii="Arial" w:hAnsi="Arial" w:cs="Arial"/>
        </w:rPr>
        <w:t xml:space="preserve"> CURSO: 4 IM</w:t>
      </w:r>
      <w:r w:rsidR="0046063E" w:rsidRPr="00E27DC2">
        <w:rPr>
          <w:rFonts w:ascii="Arial" w:hAnsi="Arial" w:cs="Arial"/>
        </w:rPr>
        <w:t xml:space="preserve"> </w:t>
      </w:r>
    </w:p>
    <w:p w14:paraId="152302B7" w14:textId="77777777" w:rsidR="00D62163" w:rsidRPr="00E27DC2" w:rsidRDefault="00D62163" w:rsidP="005B68F1">
      <w:pPr>
        <w:rPr>
          <w:rFonts w:ascii="Arial" w:hAnsi="Arial" w:cs="Arial"/>
        </w:rPr>
      </w:pPr>
    </w:p>
    <w:p w14:paraId="7BA58C5E" w14:textId="4DB05CC2" w:rsidR="00CF48B7" w:rsidRPr="00E27DC2" w:rsidRDefault="002A6781" w:rsidP="00F6490C">
      <w:pPr>
        <w:pStyle w:val="Ttulo2"/>
        <w:numPr>
          <w:ilvl w:val="0"/>
          <w:numId w:val="10"/>
        </w:numPr>
        <w:ind w:left="709" w:hanging="349"/>
        <w:rPr>
          <w:rFonts w:ascii="Arial" w:hAnsi="Arial" w:cs="Arial"/>
          <w:color w:val="000000" w:themeColor="text1"/>
          <w:sz w:val="22"/>
          <w:szCs w:val="22"/>
        </w:rPr>
      </w:pPr>
      <w:r w:rsidRPr="00E27DC2">
        <w:rPr>
          <w:rFonts w:ascii="Arial" w:hAnsi="Arial" w:cs="Arial"/>
          <w:color w:val="000000" w:themeColor="text1"/>
          <w:sz w:val="22"/>
          <w:szCs w:val="22"/>
        </w:rPr>
        <w:t>Preguntas de Verdadero o Falso</w:t>
      </w:r>
      <w:r w:rsidR="007C38D4" w:rsidRPr="00E27DC2">
        <w:rPr>
          <w:rFonts w:ascii="Arial" w:hAnsi="Arial" w:cs="Arial"/>
          <w:color w:val="000000" w:themeColor="text1"/>
          <w:sz w:val="22"/>
          <w:szCs w:val="22"/>
        </w:rPr>
        <w:t>, marque con una línea diagonal ( / )</w:t>
      </w:r>
      <w:r w:rsidR="00F6490C" w:rsidRPr="00E27DC2">
        <w:rPr>
          <w:rFonts w:ascii="Arial" w:hAnsi="Arial" w:cs="Arial"/>
          <w:color w:val="000000" w:themeColor="text1"/>
          <w:sz w:val="22"/>
          <w:szCs w:val="22"/>
        </w:rPr>
        <w:t xml:space="preserve"> su opción</w:t>
      </w:r>
    </w:p>
    <w:p w14:paraId="6779F62B" w14:textId="77777777" w:rsidR="00E72B39" w:rsidRPr="00E27DC2" w:rsidRDefault="00E72B39" w:rsidP="00E72B39"/>
    <w:p w14:paraId="1906DF52" w14:textId="1EFD6A13" w:rsidR="00CF48B7" w:rsidRPr="00E27DC2" w:rsidRDefault="002A6781" w:rsidP="00E72B39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1. La Primera Junta de Gobierno se instaló el 18 de septiembre de 1810 y marcó el inicio del proceso de independencia de Chile. </w:t>
      </w:r>
      <w:r w:rsidR="000A3C2D" w:rsidRPr="00E27DC2">
        <w:rPr>
          <w:rFonts w:ascii="Arial" w:hAnsi="Arial" w:cs="Arial"/>
          <w:color w:val="000000" w:themeColor="text1"/>
        </w:rPr>
        <w:tab/>
      </w:r>
      <w:r w:rsidR="000A3C2D" w:rsidRPr="00E27DC2">
        <w:rPr>
          <w:rFonts w:ascii="Arial" w:hAnsi="Arial" w:cs="Arial"/>
          <w:color w:val="000000" w:themeColor="text1"/>
        </w:rPr>
        <w:tab/>
      </w:r>
      <w:r w:rsidR="000A3C2D" w:rsidRPr="00E27DC2">
        <w:rPr>
          <w:rFonts w:ascii="Arial" w:hAnsi="Arial" w:cs="Arial"/>
          <w:color w:val="000000" w:themeColor="text1"/>
        </w:rPr>
        <w:tab/>
      </w:r>
      <w:r w:rsidR="000A3C2D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E27DC2">
        <w:rPr>
          <w:rFonts w:ascii="Arial" w:hAnsi="Arial" w:cs="Arial"/>
          <w:color w:val="000000" w:themeColor="text1"/>
        </w:rPr>
        <w:tab/>
      </w:r>
      <w:r w:rsid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(V</w:t>
      </w:r>
      <w:r w:rsidR="000A3C2D" w:rsidRPr="00E27DC2">
        <w:rPr>
          <w:rFonts w:ascii="Arial" w:hAnsi="Arial" w:cs="Arial"/>
          <w:color w:val="000000" w:themeColor="text1"/>
        </w:rPr>
        <w:t xml:space="preserve"> o F</w:t>
      </w:r>
      <w:r w:rsidRPr="00E27DC2">
        <w:rPr>
          <w:rFonts w:ascii="Arial" w:hAnsi="Arial" w:cs="Arial"/>
          <w:color w:val="000000" w:themeColor="text1"/>
        </w:rPr>
        <w:t>)</w:t>
      </w:r>
    </w:p>
    <w:p w14:paraId="37B2194B" w14:textId="7ADB19FD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2. El proceso de independencia chileno se explica únicamente por causas internas. </w:t>
      </w:r>
      <w:r w:rsidR="000A3C2D" w:rsidRPr="00E27DC2">
        <w:rPr>
          <w:rFonts w:ascii="Arial" w:hAnsi="Arial" w:cs="Arial"/>
          <w:color w:val="000000" w:themeColor="text1"/>
        </w:rPr>
        <w:t xml:space="preserve"> 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</w:t>
      </w:r>
      <w:r w:rsidR="005209F8" w:rsidRPr="00E27DC2">
        <w:rPr>
          <w:rFonts w:ascii="Arial" w:hAnsi="Arial" w:cs="Arial"/>
          <w:color w:val="000000" w:themeColor="text1"/>
        </w:rPr>
        <w:t xml:space="preserve">V o </w:t>
      </w:r>
      <w:r w:rsidRPr="00E27DC2">
        <w:rPr>
          <w:rFonts w:ascii="Arial" w:hAnsi="Arial" w:cs="Arial"/>
          <w:color w:val="000000" w:themeColor="text1"/>
        </w:rPr>
        <w:t>F)</w:t>
      </w:r>
    </w:p>
    <w:p w14:paraId="4681172E" w14:textId="4280FCDD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3. La invasión napoleónica a España provocó la abdicación de Fernando VII.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(V</w:t>
      </w:r>
      <w:r w:rsidR="005209F8" w:rsidRPr="00E27DC2">
        <w:rPr>
          <w:rFonts w:ascii="Arial" w:hAnsi="Arial" w:cs="Arial"/>
          <w:color w:val="000000" w:themeColor="text1"/>
        </w:rPr>
        <w:t xml:space="preserve"> o F</w:t>
      </w:r>
      <w:r w:rsidRPr="00E27DC2">
        <w:rPr>
          <w:rFonts w:ascii="Arial" w:hAnsi="Arial" w:cs="Arial"/>
          <w:color w:val="000000" w:themeColor="text1"/>
        </w:rPr>
        <w:t>)</w:t>
      </w:r>
    </w:p>
    <w:p w14:paraId="61631DBF" w14:textId="69719129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4. La Junta Central española fue rechazada inmediatamente en Chile.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</w:t>
      </w:r>
      <w:r w:rsidR="005209F8" w:rsidRPr="00E27DC2">
        <w:rPr>
          <w:rFonts w:ascii="Arial" w:hAnsi="Arial" w:cs="Arial"/>
          <w:color w:val="000000" w:themeColor="text1"/>
        </w:rPr>
        <w:t xml:space="preserve">V o </w:t>
      </w:r>
      <w:r w:rsidRPr="00E27DC2">
        <w:rPr>
          <w:rFonts w:ascii="Arial" w:hAnsi="Arial" w:cs="Arial"/>
          <w:color w:val="000000" w:themeColor="text1"/>
        </w:rPr>
        <w:t>F)</w:t>
      </w:r>
    </w:p>
    <w:p w14:paraId="327900A7" w14:textId="44DABACB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5. Mateo de Toro y Zambrano fue presidente de la Primera Junta de Gobierno.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(V</w:t>
      </w:r>
      <w:r w:rsidR="005209F8" w:rsidRPr="00E27DC2">
        <w:rPr>
          <w:rFonts w:ascii="Arial" w:hAnsi="Arial" w:cs="Arial"/>
          <w:color w:val="000000" w:themeColor="text1"/>
        </w:rPr>
        <w:t xml:space="preserve"> o F</w:t>
      </w:r>
      <w:r w:rsidRPr="00E27DC2">
        <w:rPr>
          <w:rFonts w:ascii="Arial" w:hAnsi="Arial" w:cs="Arial"/>
          <w:color w:val="000000" w:themeColor="text1"/>
        </w:rPr>
        <w:t>)</w:t>
      </w:r>
    </w:p>
    <w:p w14:paraId="671ADF75" w14:textId="163CE2FA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6. El partido exaltado defendía la fidelidad absoluta a la corona española.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</w:t>
      </w:r>
      <w:r w:rsidR="005209F8" w:rsidRPr="00E27DC2">
        <w:rPr>
          <w:rFonts w:ascii="Arial" w:hAnsi="Arial" w:cs="Arial"/>
          <w:color w:val="000000" w:themeColor="text1"/>
        </w:rPr>
        <w:t xml:space="preserve">V o </w:t>
      </w:r>
      <w:r w:rsidRPr="00E27DC2">
        <w:rPr>
          <w:rFonts w:ascii="Arial" w:hAnsi="Arial" w:cs="Arial"/>
          <w:color w:val="000000" w:themeColor="text1"/>
        </w:rPr>
        <w:t>F)</w:t>
      </w:r>
    </w:p>
    <w:p w14:paraId="0CFB6EB6" w14:textId="38DC5382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7. La convocatoria al primer Congreso Nacional consolidó el autogobierno criollo.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(V</w:t>
      </w:r>
      <w:r w:rsidR="005209F8" w:rsidRPr="00E27DC2">
        <w:rPr>
          <w:rFonts w:ascii="Arial" w:hAnsi="Arial" w:cs="Arial"/>
          <w:color w:val="000000" w:themeColor="text1"/>
        </w:rPr>
        <w:t xml:space="preserve"> </w:t>
      </w:r>
      <w:r w:rsidRPr="00E27DC2">
        <w:rPr>
          <w:rFonts w:ascii="Arial" w:hAnsi="Arial" w:cs="Arial"/>
          <w:color w:val="000000" w:themeColor="text1"/>
        </w:rPr>
        <w:t>o</w:t>
      </w:r>
      <w:r w:rsidR="005209F8" w:rsidRPr="00E27DC2">
        <w:rPr>
          <w:rFonts w:ascii="Arial" w:hAnsi="Arial" w:cs="Arial"/>
          <w:color w:val="000000" w:themeColor="text1"/>
        </w:rPr>
        <w:t xml:space="preserve"> F</w:t>
      </w:r>
      <w:r w:rsidRPr="00E27DC2">
        <w:rPr>
          <w:rFonts w:ascii="Arial" w:hAnsi="Arial" w:cs="Arial"/>
          <w:color w:val="000000" w:themeColor="text1"/>
        </w:rPr>
        <w:t>)</w:t>
      </w:r>
    </w:p>
    <w:p w14:paraId="24D3027A" w14:textId="777C6F06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8. La derrota de Rancagua dio inicio a la Patria Nueva.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</w:t>
      </w:r>
      <w:r w:rsidR="005209F8" w:rsidRPr="00E27DC2">
        <w:rPr>
          <w:rFonts w:ascii="Arial" w:hAnsi="Arial" w:cs="Arial"/>
          <w:color w:val="000000" w:themeColor="text1"/>
        </w:rPr>
        <w:t xml:space="preserve">V o </w:t>
      </w:r>
      <w:r w:rsidRPr="00E27DC2">
        <w:rPr>
          <w:rFonts w:ascii="Arial" w:hAnsi="Arial" w:cs="Arial"/>
          <w:color w:val="000000" w:themeColor="text1"/>
        </w:rPr>
        <w:t>F)</w:t>
      </w:r>
    </w:p>
    <w:p w14:paraId="4E12CB4D" w14:textId="7BBC4059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9. O’Higgins asumió como Director Supremo tras la batalla de Chacabuco.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(V</w:t>
      </w:r>
      <w:r w:rsidR="005209F8" w:rsidRPr="00E27DC2">
        <w:rPr>
          <w:rFonts w:ascii="Arial" w:hAnsi="Arial" w:cs="Arial"/>
          <w:color w:val="000000" w:themeColor="text1"/>
        </w:rPr>
        <w:t xml:space="preserve"> </w:t>
      </w:r>
      <w:r w:rsidRPr="00E27DC2">
        <w:rPr>
          <w:rFonts w:ascii="Arial" w:hAnsi="Arial" w:cs="Arial"/>
          <w:color w:val="000000" w:themeColor="text1"/>
        </w:rPr>
        <w:t>o</w:t>
      </w:r>
      <w:r w:rsidR="005209F8" w:rsidRPr="00E27DC2">
        <w:rPr>
          <w:rFonts w:ascii="Arial" w:hAnsi="Arial" w:cs="Arial"/>
          <w:color w:val="000000" w:themeColor="text1"/>
        </w:rPr>
        <w:t xml:space="preserve"> F</w:t>
      </w:r>
      <w:r w:rsidRPr="00E27DC2">
        <w:rPr>
          <w:rFonts w:ascii="Arial" w:hAnsi="Arial" w:cs="Arial"/>
          <w:color w:val="000000" w:themeColor="text1"/>
        </w:rPr>
        <w:t>)</w:t>
      </w:r>
    </w:p>
    <w:p w14:paraId="420E1FAA" w14:textId="7FFD8A3E" w:rsidR="00CF48B7" w:rsidRPr="00E27DC2" w:rsidRDefault="002A6781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10. La renuncia de O’Higgins en 1823 generó estabilidad política inmediata. </w:t>
      </w:r>
      <w:r w:rsidR="005209F8" w:rsidRPr="00E27DC2">
        <w:rPr>
          <w:rFonts w:ascii="Arial" w:hAnsi="Arial" w:cs="Arial"/>
          <w:color w:val="000000" w:themeColor="text1"/>
        </w:rPr>
        <w:tab/>
      </w:r>
      <w:r w:rsidR="005209F8" w:rsidRPr="00E27DC2">
        <w:rPr>
          <w:rFonts w:ascii="Arial" w:hAnsi="Arial" w:cs="Arial"/>
          <w:color w:val="000000" w:themeColor="text1"/>
        </w:rPr>
        <w:tab/>
      </w:r>
      <w:r w:rsidR="00B119D8">
        <w:rPr>
          <w:rFonts w:ascii="Arial" w:hAnsi="Arial" w:cs="Arial"/>
          <w:color w:val="000000" w:themeColor="text1"/>
        </w:rPr>
        <w:tab/>
      </w:r>
      <w:r w:rsidRPr="00E27DC2">
        <w:rPr>
          <w:rFonts w:ascii="Arial" w:hAnsi="Arial" w:cs="Arial"/>
          <w:color w:val="000000" w:themeColor="text1"/>
        </w:rPr>
        <w:t>(</w:t>
      </w:r>
      <w:r w:rsidR="005209F8" w:rsidRPr="00E27DC2">
        <w:rPr>
          <w:rFonts w:ascii="Arial" w:hAnsi="Arial" w:cs="Arial"/>
          <w:color w:val="000000" w:themeColor="text1"/>
        </w:rPr>
        <w:t xml:space="preserve">V o </w:t>
      </w:r>
      <w:r w:rsidRPr="00E27DC2">
        <w:rPr>
          <w:rFonts w:ascii="Arial" w:hAnsi="Arial" w:cs="Arial"/>
          <w:color w:val="000000" w:themeColor="text1"/>
        </w:rPr>
        <w:t>F)</w:t>
      </w:r>
    </w:p>
    <w:p w14:paraId="1F65AA31" w14:textId="77777777" w:rsidR="00B64725" w:rsidRPr="00E27DC2" w:rsidRDefault="00B64725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5E7D44D8" w14:textId="77777777" w:rsidR="00D62163" w:rsidRPr="00E27DC2" w:rsidRDefault="00D62163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1A80CC0F" w14:textId="77777777" w:rsidR="00D62163" w:rsidRPr="00E27DC2" w:rsidRDefault="00D62163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45D57743" w14:textId="77777777" w:rsidR="00D62163" w:rsidRPr="00E27DC2" w:rsidRDefault="00D62163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10D9E08E" w14:textId="77777777" w:rsidR="00D62163" w:rsidRPr="00E27DC2" w:rsidRDefault="00D62163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3930EE6E" w14:textId="77777777" w:rsidR="00D62163" w:rsidRPr="00E27DC2" w:rsidRDefault="00D62163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689DC8A0" w14:textId="77777777" w:rsidR="00D62163" w:rsidRPr="00E27DC2" w:rsidRDefault="00D62163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464ABBD6" w14:textId="77777777" w:rsidR="005209F8" w:rsidRPr="00E27DC2" w:rsidRDefault="005209F8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0748F559" w14:textId="77777777" w:rsidR="005209F8" w:rsidRPr="00E27DC2" w:rsidRDefault="005209F8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30D2DC5D" w14:textId="77777777" w:rsidR="005209F8" w:rsidRPr="00E27DC2" w:rsidRDefault="005209F8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130CB42C" w14:textId="77777777" w:rsidR="005209F8" w:rsidRPr="00E27DC2" w:rsidRDefault="005209F8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4AA49F6A" w14:textId="77777777" w:rsidR="00D62163" w:rsidRPr="00E27DC2" w:rsidRDefault="00D62163" w:rsidP="00B64725">
      <w:pPr>
        <w:ind w:left="284" w:hanging="284"/>
        <w:jc w:val="both"/>
        <w:rPr>
          <w:rFonts w:ascii="Arial" w:hAnsi="Arial" w:cs="Arial"/>
          <w:color w:val="000000" w:themeColor="text1"/>
        </w:rPr>
      </w:pPr>
    </w:p>
    <w:p w14:paraId="32E19CAB" w14:textId="78FA4599" w:rsidR="00CF48B7" w:rsidRPr="00E27DC2" w:rsidRDefault="002A6781" w:rsidP="00F6490C">
      <w:pPr>
        <w:pStyle w:val="Ttulo2"/>
        <w:numPr>
          <w:ilvl w:val="0"/>
          <w:numId w:val="10"/>
        </w:numPr>
        <w:ind w:left="709" w:hanging="349"/>
        <w:rPr>
          <w:rFonts w:ascii="Arial" w:hAnsi="Arial" w:cs="Arial"/>
          <w:color w:val="000000" w:themeColor="text1"/>
          <w:sz w:val="22"/>
          <w:szCs w:val="22"/>
        </w:rPr>
      </w:pPr>
      <w:r w:rsidRPr="00E27DC2">
        <w:rPr>
          <w:rFonts w:ascii="Arial" w:hAnsi="Arial" w:cs="Arial"/>
          <w:color w:val="000000" w:themeColor="text1"/>
          <w:sz w:val="22"/>
          <w:szCs w:val="22"/>
        </w:rPr>
        <w:t>Preguntas de Completación</w:t>
      </w:r>
      <w:r w:rsidR="00B64725" w:rsidRPr="00E27DC2">
        <w:rPr>
          <w:rFonts w:ascii="Arial" w:hAnsi="Arial" w:cs="Arial"/>
          <w:color w:val="000000" w:themeColor="text1"/>
          <w:sz w:val="22"/>
          <w:szCs w:val="22"/>
        </w:rPr>
        <w:t xml:space="preserve"> de Oraciones</w:t>
      </w:r>
    </w:p>
    <w:p w14:paraId="7B5DB486" w14:textId="77777777" w:rsidR="00B64725" w:rsidRPr="00E27DC2" w:rsidRDefault="00B64725" w:rsidP="00B64725">
      <w:pPr>
        <w:pStyle w:val="Prrafodelista"/>
        <w:ind w:left="1080"/>
      </w:pPr>
    </w:p>
    <w:p w14:paraId="144412C8" w14:textId="6AFD2386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1. La Primera Junta de Gobierno se instaló el </w:t>
      </w:r>
      <w:r w:rsidR="005209F8" w:rsidRPr="00E27DC2">
        <w:rPr>
          <w:rFonts w:ascii="Arial" w:hAnsi="Arial" w:cs="Arial"/>
          <w:color w:val="000000" w:themeColor="text1"/>
        </w:rPr>
        <w:t>___________________________________</w:t>
      </w:r>
      <w:r w:rsidR="00E27DC2">
        <w:rPr>
          <w:rFonts w:ascii="Arial" w:hAnsi="Arial" w:cs="Arial"/>
          <w:color w:val="000000" w:themeColor="text1"/>
        </w:rPr>
        <w:t>_______</w:t>
      </w:r>
      <w:r w:rsidR="005209F8" w:rsidRPr="00E27DC2">
        <w:rPr>
          <w:rFonts w:ascii="Arial" w:hAnsi="Arial" w:cs="Arial"/>
          <w:color w:val="000000" w:themeColor="text1"/>
        </w:rPr>
        <w:t>___</w:t>
      </w:r>
    </w:p>
    <w:p w14:paraId="12914126" w14:textId="03022951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2. La invasión francesa a España fue liderada por </w:t>
      </w:r>
      <w:r w:rsidR="005209F8" w:rsidRPr="00E27DC2">
        <w:rPr>
          <w:rFonts w:ascii="Arial" w:hAnsi="Arial" w:cs="Arial"/>
          <w:color w:val="000000" w:themeColor="text1"/>
        </w:rPr>
        <w:t>_________________________________</w:t>
      </w:r>
      <w:r w:rsidR="00E27DC2">
        <w:rPr>
          <w:rFonts w:ascii="Arial" w:hAnsi="Arial" w:cs="Arial"/>
          <w:color w:val="000000" w:themeColor="text1"/>
        </w:rPr>
        <w:t>_______</w:t>
      </w:r>
      <w:r w:rsidR="005209F8" w:rsidRPr="00E27DC2">
        <w:rPr>
          <w:rFonts w:ascii="Arial" w:hAnsi="Arial" w:cs="Arial"/>
          <w:color w:val="000000" w:themeColor="text1"/>
        </w:rPr>
        <w:t>_</w:t>
      </w:r>
      <w:r w:rsidR="002A73AB" w:rsidRPr="00E27DC2">
        <w:rPr>
          <w:rFonts w:ascii="Arial" w:hAnsi="Arial" w:cs="Arial"/>
          <w:color w:val="000000" w:themeColor="text1"/>
        </w:rPr>
        <w:t>_</w:t>
      </w:r>
    </w:p>
    <w:p w14:paraId="697D1503" w14:textId="1952824D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3. El Cabildo Abierto se realizó en la ciudad de </w:t>
      </w:r>
      <w:r w:rsidR="002A73AB" w:rsidRPr="00E27DC2">
        <w:rPr>
          <w:rFonts w:ascii="Arial" w:hAnsi="Arial" w:cs="Arial"/>
          <w:color w:val="000000" w:themeColor="text1"/>
        </w:rPr>
        <w:t>___________________________________</w:t>
      </w:r>
      <w:r w:rsidR="00E27DC2">
        <w:rPr>
          <w:rFonts w:ascii="Arial" w:hAnsi="Arial" w:cs="Arial"/>
          <w:color w:val="000000" w:themeColor="text1"/>
        </w:rPr>
        <w:t>_______</w:t>
      </w:r>
      <w:r w:rsidR="002A73AB" w:rsidRPr="00E27DC2">
        <w:rPr>
          <w:rFonts w:ascii="Arial" w:hAnsi="Arial" w:cs="Arial"/>
          <w:color w:val="000000" w:themeColor="text1"/>
        </w:rPr>
        <w:t>__</w:t>
      </w:r>
    </w:p>
    <w:p w14:paraId="7E9BF57E" w14:textId="462D4966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4. El grupo que defendía la ruptura con España fue el </w:t>
      </w:r>
      <w:r w:rsidR="00A50143" w:rsidRPr="00E27DC2">
        <w:rPr>
          <w:rFonts w:ascii="Arial" w:hAnsi="Arial" w:cs="Arial"/>
          <w:color w:val="000000" w:themeColor="text1"/>
        </w:rPr>
        <w:t>grupo de los</w:t>
      </w:r>
      <w:r w:rsidR="002A73AB" w:rsidRPr="00E27DC2">
        <w:rPr>
          <w:rFonts w:ascii="Arial" w:hAnsi="Arial" w:cs="Arial"/>
          <w:color w:val="000000" w:themeColor="text1"/>
        </w:rPr>
        <w:t>___________________</w:t>
      </w:r>
      <w:r w:rsidR="00E27DC2">
        <w:rPr>
          <w:rFonts w:ascii="Arial" w:hAnsi="Arial" w:cs="Arial"/>
          <w:color w:val="000000" w:themeColor="text1"/>
        </w:rPr>
        <w:t>_______</w:t>
      </w:r>
      <w:r w:rsidR="002A73AB" w:rsidRPr="00E27DC2">
        <w:rPr>
          <w:rFonts w:ascii="Arial" w:hAnsi="Arial" w:cs="Arial"/>
          <w:color w:val="000000" w:themeColor="text1"/>
        </w:rPr>
        <w:t>___</w:t>
      </w:r>
    </w:p>
    <w:p w14:paraId="4025E812" w14:textId="15534D36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>5. Las primeras elecciones parlamentarias se realizaron el</w:t>
      </w:r>
      <w:r w:rsidR="00A50143" w:rsidRPr="00E27DC2">
        <w:rPr>
          <w:rFonts w:ascii="Arial" w:hAnsi="Arial" w:cs="Arial"/>
          <w:color w:val="000000" w:themeColor="text1"/>
        </w:rPr>
        <w:t>_______________________</w:t>
      </w:r>
      <w:r w:rsidR="00E27DC2">
        <w:rPr>
          <w:rFonts w:ascii="Arial" w:hAnsi="Arial" w:cs="Arial"/>
          <w:color w:val="000000" w:themeColor="text1"/>
        </w:rPr>
        <w:t>_______</w:t>
      </w:r>
      <w:r w:rsidR="00A50143" w:rsidRPr="00E27DC2">
        <w:rPr>
          <w:rFonts w:ascii="Arial" w:hAnsi="Arial" w:cs="Arial"/>
          <w:color w:val="000000" w:themeColor="text1"/>
        </w:rPr>
        <w:t>______</w:t>
      </w:r>
    </w:p>
    <w:p w14:paraId="0944D9C7" w14:textId="58D861E7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6. El período de la Reconquista se desarrolló entre </w:t>
      </w:r>
      <w:r w:rsidR="00A50143" w:rsidRPr="00E27DC2">
        <w:rPr>
          <w:rFonts w:ascii="Arial" w:hAnsi="Arial" w:cs="Arial"/>
          <w:color w:val="000000" w:themeColor="text1"/>
        </w:rPr>
        <w:t>_____________________________</w:t>
      </w:r>
      <w:r w:rsidR="00E27DC2">
        <w:rPr>
          <w:rFonts w:ascii="Arial" w:hAnsi="Arial" w:cs="Arial"/>
          <w:color w:val="000000" w:themeColor="text1"/>
        </w:rPr>
        <w:t>_______</w:t>
      </w:r>
      <w:r w:rsidR="00A50143" w:rsidRPr="00E27DC2">
        <w:rPr>
          <w:rFonts w:ascii="Arial" w:hAnsi="Arial" w:cs="Arial"/>
          <w:color w:val="000000" w:themeColor="text1"/>
        </w:rPr>
        <w:t>______</w:t>
      </w:r>
    </w:p>
    <w:p w14:paraId="3163559A" w14:textId="6F3288A8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7. El primer periódico nacional fue </w:t>
      </w:r>
      <w:r w:rsidR="00A50143" w:rsidRPr="00E27DC2">
        <w:rPr>
          <w:rFonts w:ascii="Arial" w:hAnsi="Arial" w:cs="Arial"/>
          <w:color w:val="000000" w:themeColor="text1"/>
        </w:rPr>
        <w:t>________________________________________________</w:t>
      </w:r>
      <w:r w:rsidR="00E27DC2">
        <w:rPr>
          <w:rFonts w:ascii="Arial" w:hAnsi="Arial" w:cs="Arial"/>
          <w:color w:val="000000" w:themeColor="text1"/>
        </w:rPr>
        <w:t>_______</w:t>
      </w:r>
    </w:p>
    <w:p w14:paraId="4AD7B229" w14:textId="180D249B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8. La batalla decisiva de 1817 fue </w:t>
      </w:r>
      <w:r w:rsidR="00E41449" w:rsidRPr="00E27DC2">
        <w:rPr>
          <w:rFonts w:ascii="Arial" w:hAnsi="Arial" w:cs="Arial"/>
          <w:color w:val="000000" w:themeColor="text1"/>
        </w:rPr>
        <w:t xml:space="preserve">la Batalla de </w:t>
      </w:r>
      <w:r w:rsidR="00FD5692" w:rsidRPr="00E27DC2">
        <w:rPr>
          <w:rFonts w:ascii="Arial" w:hAnsi="Arial" w:cs="Arial"/>
          <w:color w:val="000000" w:themeColor="text1"/>
        </w:rPr>
        <w:t>______________________________________</w:t>
      </w:r>
      <w:r w:rsidR="00E27DC2">
        <w:rPr>
          <w:rFonts w:ascii="Arial" w:hAnsi="Arial" w:cs="Arial"/>
          <w:color w:val="000000" w:themeColor="text1"/>
        </w:rPr>
        <w:t>_______</w:t>
      </w:r>
    </w:p>
    <w:p w14:paraId="4FDAB818" w14:textId="5EF33424" w:rsidR="00CF48B7" w:rsidRPr="00E27DC2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9. El Acta de Independencia se firmó el </w:t>
      </w:r>
      <w:r w:rsidR="00FD5692" w:rsidRPr="00E27DC2">
        <w:rPr>
          <w:rFonts w:ascii="Arial" w:hAnsi="Arial" w:cs="Arial"/>
          <w:color w:val="000000" w:themeColor="text1"/>
        </w:rPr>
        <w:t>____________________________________________</w:t>
      </w:r>
      <w:r w:rsidR="00E27DC2">
        <w:rPr>
          <w:rFonts w:ascii="Arial" w:hAnsi="Arial" w:cs="Arial"/>
          <w:color w:val="000000" w:themeColor="text1"/>
        </w:rPr>
        <w:t>_______</w:t>
      </w:r>
    </w:p>
    <w:p w14:paraId="14D54B76" w14:textId="514FC211" w:rsidR="00CF48B7" w:rsidRPr="00BB4055" w:rsidRDefault="002A6781">
      <w:pPr>
        <w:rPr>
          <w:rFonts w:ascii="Arial" w:hAnsi="Arial" w:cs="Arial"/>
          <w:color w:val="000000" w:themeColor="text1"/>
        </w:rPr>
      </w:pPr>
      <w:r w:rsidRPr="00E27DC2">
        <w:rPr>
          <w:rFonts w:ascii="Arial" w:hAnsi="Arial" w:cs="Arial"/>
          <w:color w:val="000000" w:themeColor="text1"/>
        </w:rPr>
        <w:t xml:space="preserve">10. El líder opositor a O’Higgins fue </w:t>
      </w:r>
      <w:r w:rsidR="00BB7B03" w:rsidRPr="00E27DC2">
        <w:rPr>
          <w:rFonts w:ascii="Arial" w:hAnsi="Arial" w:cs="Arial"/>
          <w:color w:val="000000" w:themeColor="text1"/>
        </w:rPr>
        <w:t>_______________________________________________</w:t>
      </w:r>
      <w:r w:rsidR="00E27DC2">
        <w:rPr>
          <w:rFonts w:ascii="Arial" w:hAnsi="Arial" w:cs="Arial"/>
          <w:color w:val="000000" w:themeColor="text1"/>
        </w:rPr>
        <w:t>_______</w:t>
      </w:r>
    </w:p>
    <w:sectPr w:rsidR="00CF48B7" w:rsidRPr="00BB4055" w:rsidSect="00E27DC2">
      <w:headerReference w:type="default" r:id="rId8"/>
      <w:pgSz w:w="12240" w:h="15840"/>
      <w:pgMar w:top="1134" w:right="758" w:bottom="144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9E787" w14:textId="77777777" w:rsidR="0002063E" w:rsidRPr="00E27DC2" w:rsidRDefault="0002063E" w:rsidP="00BB4055">
      <w:pPr>
        <w:spacing w:after="0" w:line="240" w:lineRule="auto"/>
      </w:pPr>
      <w:r w:rsidRPr="00E27DC2">
        <w:separator/>
      </w:r>
    </w:p>
  </w:endnote>
  <w:endnote w:type="continuationSeparator" w:id="0">
    <w:p w14:paraId="31B1E3D9" w14:textId="77777777" w:rsidR="0002063E" w:rsidRPr="00E27DC2" w:rsidRDefault="0002063E" w:rsidP="00BB4055">
      <w:pPr>
        <w:spacing w:after="0" w:line="240" w:lineRule="auto"/>
      </w:pPr>
      <w:r w:rsidRPr="00E27D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68B1A" w14:textId="77777777" w:rsidR="0002063E" w:rsidRPr="00E27DC2" w:rsidRDefault="0002063E" w:rsidP="00BB4055">
      <w:pPr>
        <w:spacing w:after="0" w:line="240" w:lineRule="auto"/>
      </w:pPr>
      <w:r w:rsidRPr="00E27DC2">
        <w:separator/>
      </w:r>
    </w:p>
  </w:footnote>
  <w:footnote w:type="continuationSeparator" w:id="0">
    <w:p w14:paraId="200F290B" w14:textId="77777777" w:rsidR="0002063E" w:rsidRPr="00E27DC2" w:rsidRDefault="0002063E" w:rsidP="00BB4055">
      <w:pPr>
        <w:spacing w:after="0" w:line="240" w:lineRule="auto"/>
      </w:pPr>
      <w:r w:rsidRPr="00E27D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83CD" w14:textId="438AD0E0" w:rsidR="00BB4055" w:rsidRPr="00E27DC2" w:rsidRDefault="005B68F1">
    <w:pPr>
      <w:pStyle w:val="Encabezado"/>
      <w:rPr>
        <w:rFonts w:ascii="Arial" w:hAnsi="Arial" w:cs="Arial"/>
        <w:b/>
        <w:bCs/>
        <w:sz w:val="20"/>
        <w:szCs w:val="20"/>
      </w:rPr>
    </w:pPr>
    <w:r w:rsidRPr="00E27DC2">
      <w:rPr>
        <w:rFonts w:ascii="Arial" w:hAnsi="Arial" w:cs="Arial"/>
        <w:b/>
        <w:bCs/>
        <w:sz w:val="20"/>
        <w:szCs w:val="20"/>
      </w:rPr>
      <w:drawing>
        <wp:anchor distT="0" distB="0" distL="114300" distR="114300" simplePos="0" relativeHeight="251658240" behindDoc="0" locked="0" layoutInCell="1" allowOverlap="1" wp14:anchorId="6CCE2C69" wp14:editId="0ABCA629">
          <wp:simplePos x="0" y="0"/>
          <wp:positionH relativeFrom="column">
            <wp:posOffset>2541956</wp:posOffset>
          </wp:positionH>
          <wp:positionV relativeFrom="paragraph">
            <wp:posOffset>-39573</wp:posOffset>
          </wp:positionV>
          <wp:extent cx="457200" cy="421640"/>
          <wp:effectExtent l="0" t="0" r="0" b="0"/>
          <wp:wrapNone/>
          <wp:docPr id="94715556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4055" w:rsidRPr="00E27DC2">
      <w:rPr>
        <w:rFonts w:ascii="Arial" w:hAnsi="Arial" w:cs="Arial"/>
        <w:b/>
        <w:bCs/>
        <w:sz w:val="20"/>
        <w:szCs w:val="20"/>
      </w:rPr>
      <w:t>ESCUELA NAVAL ARTURO PRAT</w:t>
    </w:r>
  </w:p>
  <w:p w14:paraId="6D36D321" w14:textId="31667B09" w:rsidR="00BB4055" w:rsidRPr="00E27DC2" w:rsidRDefault="00BB4055">
    <w:pPr>
      <w:pStyle w:val="Encabezado"/>
      <w:rPr>
        <w:rFonts w:ascii="Arial" w:hAnsi="Arial" w:cs="Arial"/>
        <w:b/>
        <w:bCs/>
        <w:sz w:val="20"/>
        <w:szCs w:val="20"/>
      </w:rPr>
    </w:pPr>
    <w:r w:rsidRPr="00E27DC2">
      <w:rPr>
        <w:rFonts w:ascii="Arial" w:hAnsi="Arial" w:cs="Arial"/>
        <w:b/>
        <w:bCs/>
        <w:sz w:val="20"/>
        <w:szCs w:val="20"/>
      </w:rPr>
      <w:t>CÁTEDRA DE CS SOCIALES</w:t>
    </w:r>
  </w:p>
  <w:p w14:paraId="55D07C30" w14:textId="0DF147C7" w:rsidR="00BB4055" w:rsidRPr="00E27DC2" w:rsidRDefault="008E363B">
    <w:pPr>
      <w:pStyle w:val="Encabezado"/>
      <w:rPr>
        <w:rFonts w:ascii="Arial" w:hAnsi="Arial" w:cs="Arial"/>
        <w:b/>
        <w:bCs/>
        <w:sz w:val="20"/>
        <w:szCs w:val="20"/>
      </w:rPr>
    </w:pPr>
    <w:r w:rsidRPr="00E27DC2">
      <w:rPr>
        <w:rFonts w:ascii="Arial" w:hAnsi="Arial" w:cs="Arial"/>
        <w:b/>
        <w:bCs/>
        <w:sz w:val="20"/>
        <w:szCs w:val="20"/>
      </w:rPr>
      <w:t>CHILE, HISTORIA Y SOBERANÍA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F645672"/>
    <w:multiLevelType w:val="hybridMultilevel"/>
    <w:tmpl w:val="5DFAD2B0"/>
    <w:lvl w:ilvl="0" w:tplc="989648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665600">
    <w:abstractNumId w:val="8"/>
  </w:num>
  <w:num w:numId="2" w16cid:durableId="1421296206">
    <w:abstractNumId w:val="6"/>
  </w:num>
  <w:num w:numId="3" w16cid:durableId="266037291">
    <w:abstractNumId w:val="5"/>
  </w:num>
  <w:num w:numId="4" w16cid:durableId="1237596905">
    <w:abstractNumId w:val="4"/>
  </w:num>
  <w:num w:numId="5" w16cid:durableId="1568956365">
    <w:abstractNumId w:val="7"/>
  </w:num>
  <w:num w:numId="6" w16cid:durableId="285551894">
    <w:abstractNumId w:val="3"/>
  </w:num>
  <w:num w:numId="7" w16cid:durableId="921449187">
    <w:abstractNumId w:val="2"/>
  </w:num>
  <w:num w:numId="8" w16cid:durableId="1102841402">
    <w:abstractNumId w:val="1"/>
  </w:num>
  <w:num w:numId="9" w16cid:durableId="2014838786">
    <w:abstractNumId w:val="0"/>
  </w:num>
  <w:num w:numId="10" w16cid:durableId="19762551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063E"/>
    <w:rsid w:val="00034616"/>
    <w:rsid w:val="0006063C"/>
    <w:rsid w:val="000A2774"/>
    <w:rsid w:val="000A3C2D"/>
    <w:rsid w:val="0015074B"/>
    <w:rsid w:val="0029639D"/>
    <w:rsid w:val="002A6781"/>
    <w:rsid w:val="002A73AB"/>
    <w:rsid w:val="002D3DFA"/>
    <w:rsid w:val="00317D1A"/>
    <w:rsid w:val="00326F90"/>
    <w:rsid w:val="0046063E"/>
    <w:rsid w:val="004B3BC5"/>
    <w:rsid w:val="005209F8"/>
    <w:rsid w:val="005B68F1"/>
    <w:rsid w:val="007C38D4"/>
    <w:rsid w:val="007C47C9"/>
    <w:rsid w:val="007D5937"/>
    <w:rsid w:val="008B6B8D"/>
    <w:rsid w:val="008E363B"/>
    <w:rsid w:val="009E51F9"/>
    <w:rsid w:val="00A50143"/>
    <w:rsid w:val="00AA1D8D"/>
    <w:rsid w:val="00B119D8"/>
    <w:rsid w:val="00B47730"/>
    <w:rsid w:val="00B64725"/>
    <w:rsid w:val="00BB4055"/>
    <w:rsid w:val="00BB7B03"/>
    <w:rsid w:val="00BC7793"/>
    <w:rsid w:val="00C36B97"/>
    <w:rsid w:val="00CB0664"/>
    <w:rsid w:val="00CF48B7"/>
    <w:rsid w:val="00D62163"/>
    <w:rsid w:val="00E27DC2"/>
    <w:rsid w:val="00E41449"/>
    <w:rsid w:val="00E72B39"/>
    <w:rsid w:val="00F6490C"/>
    <w:rsid w:val="00FC693F"/>
    <w:rsid w:val="00FD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062061"/>
  <w14:defaultImageDpi w14:val="300"/>
  <w15:docId w15:val="{4FC6BE2B-18DA-45BD-870B-ADC96F7D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308</Words>
  <Characters>1793</Characters>
  <Application>Microsoft Office Word</Application>
  <DocSecurity>0</DocSecurity>
  <Lines>43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24</cp:revision>
  <dcterms:created xsi:type="dcterms:W3CDTF">2013-12-23T23:15:00Z</dcterms:created>
  <dcterms:modified xsi:type="dcterms:W3CDTF">2026-01-19T12:13:00Z</dcterms:modified>
  <cp:category/>
</cp:coreProperties>
</file>