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right"/>
      </w:pPr>
      <w:r>
        <w:rPr>
          <w:b w:val="0"/>
        </w:rPr>
        <w:t>Valparaíso, ____ de ______________ de 2026</w:t>
      </w:r>
    </w:p>
    <w:p>
      <w:pPr>
        <w:spacing w:after="0"/>
      </w:pPr>
      <w:r>
        <w:rPr>
          <w:b w:val="0"/>
        </w:rPr>
        <w:t>Señorita</w:t>
      </w:r>
    </w:p>
    <w:p>
      <w:pPr>
        <w:spacing w:after="0"/>
      </w:pPr>
      <w:r>
        <w:rPr>
          <w:b/>
        </w:rPr>
        <w:t>Amanda Isabel Codiglia Doren</w:t>
      </w:r>
    </w:p>
    <w:p>
      <w:pPr>
        <w:spacing w:after="0"/>
      </w:pPr>
      <w:r>
        <w:rPr>
          <w:b w:val="0"/>
        </w:rPr>
        <w:t>Postulante N.° 3315 – Cadete N.° 174</w:t>
      </w:r>
    </w:p>
    <w:p>
      <w:pPr>
        <w:spacing w:after="200"/>
      </w:pPr>
      <w:r>
        <w:rPr>
          <w:b w:val="0"/>
        </w:rPr>
        <w:t>Presente.</w:t>
      </w:r>
    </w:p>
    <w:p>
      <w:pPr>
        <w:spacing w:after="200"/>
      </w:pPr>
      <w:r>
        <w:rPr>
          <w:b w:val="0"/>
        </w:rPr>
        <w:t>De mi consideración:</w:t>
      </w:r>
    </w:p>
    <w:p>
      <w:pPr>
        <w:spacing w:after="120"/>
      </w:pPr>
      <w:r>
        <w:rPr>
          <w:b w:val="0"/>
        </w:rPr>
        <w:t>Junto con saludar cordialmente, me permito referirme a su presentación mediante la cual expone su situación deportiva, asociada a la convocatoria recibida para integrar la Selección Nacional Damas Junior de Hockey Césped durante el año 2026, solicitando la posibilidad de compatibilizar dicha actividad con su incorporación y formación en esta Escuela Naval.</w:t>
      </w:r>
    </w:p>
    <w:p>
      <w:pPr>
        <w:spacing w:after="120"/>
      </w:pPr>
      <w:r>
        <w:rPr>
          <w:b w:val="0"/>
        </w:rPr>
        <w:t>En primer término, deseo reconocer su destacada trayectoria deportiva, así como felicitarla por los logros alcanzados y por la convocatoria obtenida, la cual constituye un mérito relevante y refleja su disciplina, esfuerzo y compromiso.</w:t>
      </w:r>
    </w:p>
    <w:p>
      <w:pPr>
        <w:spacing w:after="120"/>
      </w:pPr>
      <w:r>
        <w:rPr>
          <w:b w:val="0"/>
        </w:rPr>
        <w:t>No obstante lo anterior, debo informar a usted que no será factible acoger su solicitud, debido a que el proceso de incorporación a la Escuela Naval contempla etapas de carácter obligatorio y presencial, especialmente el Período de Reclutas, el cual debe cumplirse íntegramente, de manera continua y conforme a las exigencias institucionales establecidas.</w:t>
      </w:r>
    </w:p>
    <w:p>
      <w:pPr>
        <w:spacing w:after="120"/>
      </w:pPr>
      <w:r>
        <w:rPr>
          <w:b w:val="0"/>
        </w:rPr>
        <w:t>Dicho período constituye una fase primordial dentro de la formación inicial del Cadete Naval, ya que en él se desarrollan competencias esenciales vinculadas a la instrucción militar, la adaptación al régimen interno, la formación del carácter, la disciplina, el trabajo en equipo y el cumplimiento de estándares fundamentales que permiten dar inicio a la vida profesional naval. En este contexto, las actividades y horarios establecidos durante las primeras etapas de formación resultan estrictos, intensivos y no permiten compatibilización con compromisos externos, particularmente aquellos que implican ausencias o modificaciones al régimen formativo.</w:t>
      </w:r>
    </w:p>
    <w:p>
      <w:pPr>
        <w:spacing w:after="120"/>
      </w:pPr>
      <w:r>
        <w:rPr>
          <w:b w:val="0"/>
        </w:rPr>
        <w:t>Asimismo, las fechas y horarios de convocatoria informados para entrenamientos, concentraciones y competencias deportivas presentan una incompatibilidad operativa con las actividades académicas, militares y formativas del inicio del año, lo que impediría asegurar la continuidad y cumplimiento de los objetivos del período de instrucción requerido.</w:t>
      </w:r>
    </w:p>
    <w:p>
      <w:pPr>
        <w:spacing w:after="120"/>
      </w:pPr>
      <w:r>
        <w:rPr>
          <w:b w:val="0"/>
        </w:rPr>
        <w:t>Sin perjuicio de lo anterior, se deja constancia que esta Dirección valora el esfuerzo demostrado y su proyección personal, por lo que, en caso de que en el futuro usted disponga de las condiciones necesarias para cumplir íntegramente con los requisitos de ingreso y permanencia institucional, la Escuela Naval “Arturo Prat” estará disponible para recibir una eventual postulación futura, conforme a las bases y etapas vigentes del proceso de admisión.</w:t>
      </w:r>
    </w:p>
    <w:p>
      <w:pPr>
        <w:spacing w:after="120"/>
      </w:pPr>
      <w:r>
        <w:rPr>
          <w:b w:val="0"/>
        </w:rPr>
        <w:t>Sin otro particular, y deseándole éxito en sus desafíos deportivos y personales, se despide atentamente,</w:t>
      </w:r>
    </w:p>
    <w:p>
      <w:pPr>
        <w:spacing w:after="160"/>
      </w:pPr>
      <w:r>
        <w:rPr>
          <w:b w:val="0"/>
        </w:rPr>
      </w:r>
    </w:p>
    <w:p>
      <w:pPr>
        <w:spacing w:after="0"/>
      </w:pPr>
      <w:r>
        <w:rPr>
          <w:b w:val="0"/>
        </w:rPr>
        <w:t>__________________________________</w:t>
      </w:r>
    </w:p>
    <w:p>
      <w:pPr>
        <w:spacing w:after="0"/>
      </w:pPr>
      <w:r>
        <w:rPr>
          <w:b/>
        </w:rPr>
        <w:t>Capitán de Navío</w:t>
      </w:r>
    </w:p>
    <w:p>
      <w:pPr>
        <w:spacing w:after="0"/>
      </w:pPr>
      <w:r>
        <w:rPr>
          <w:b/>
        </w:rPr>
        <w:t>Juan Pablo Castro Brahm</w:t>
      </w:r>
    </w:p>
    <w:p>
      <w:pPr>
        <w:spacing w:after="0"/>
      </w:pPr>
      <w:r>
        <w:rPr>
          <w:b w:val="0"/>
        </w:rPr>
        <w:t>Director</w:t>
      </w:r>
    </w:p>
    <w:p>
      <w:pPr>
        <w:spacing w:after="0"/>
      </w:pPr>
      <w:r>
        <w:rPr>
          <w:b w:val="0"/>
        </w:rPr>
        <w:t>Escuela Naval “Arturo Prat”</w:t>
      </w:r>
    </w:p>
    <w:sectPr w:rsidR="00FC693F" w:rsidRPr="0006063C" w:rsidSect="00034616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