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FB1" w:rsidRPr="00D05933" w:rsidRDefault="00D05933" w:rsidP="00D05933">
      <w:pPr>
        <w:pStyle w:val="Ttulo1"/>
        <w:jc w:val="center"/>
        <w:rPr>
          <w:rFonts w:ascii="Arial" w:hAnsi="Arial" w:cs="Arial"/>
          <w:color w:val="auto"/>
          <w:sz w:val="24"/>
          <w:szCs w:val="24"/>
          <w:lang w:val="es-MX"/>
        </w:rPr>
      </w:pPr>
      <w:r w:rsidRPr="00D05933">
        <w:rPr>
          <w:rFonts w:ascii="Arial" w:hAnsi="Arial" w:cs="Arial"/>
          <w:color w:val="auto"/>
          <w:sz w:val="24"/>
          <w:szCs w:val="24"/>
          <w:lang w:val="es-MX"/>
        </w:rPr>
        <w:t>Guía de Análisis de Artículos Académicos</w:t>
      </w:r>
    </w:p>
    <w:p w:rsidR="006C4FB1" w:rsidRPr="00D05933" w:rsidRDefault="00D05933">
      <w:pPr>
        <w:pStyle w:val="Ttulo2"/>
        <w:rPr>
          <w:rFonts w:ascii="Arial" w:hAnsi="Arial" w:cs="Arial"/>
          <w:color w:val="auto"/>
          <w:sz w:val="24"/>
          <w:szCs w:val="24"/>
          <w:lang w:val="es-MX"/>
        </w:rPr>
      </w:pPr>
      <w:r w:rsidRPr="00D05933">
        <w:rPr>
          <w:rFonts w:ascii="Arial" w:hAnsi="Arial" w:cs="Arial"/>
          <w:color w:val="auto"/>
          <w:sz w:val="24"/>
          <w:szCs w:val="24"/>
          <w:lang w:val="es-MX"/>
        </w:rPr>
        <w:t>Objetivo de la actividad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 xml:space="preserve">Desarrollar habilidades de lectura crítica mediante el análisis estructural y conceptual de artículos </w:t>
      </w:r>
      <w:r w:rsidRPr="00D05933">
        <w:rPr>
          <w:rFonts w:ascii="Arial" w:hAnsi="Arial" w:cs="Arial"/>
          <w:sz w:val="24"/>
          <w:szCs w:val="24"/>
          <w:lang w:val="es-MX"/>
        </w:rPr>
        <w:t>académicos, identificando propósito, argumentos, metodología y conclusiones.</w:t>
      </w:r>
    </w:p>
    <w:p w:rsidR="006C4FB1" w:rsidRPr="00D05933" w:rsidRDefault="00D05933">
      <w:pPr>
        <w:pStyle w:val="Ttulo2"/>
        <w:rPr>
          <w:rFonts w:ascii="Arial" w:hAnsi="Arial" w:cs="Arial"/>
          <w:color w:val="auto"/>
          <w:sz w:val="24"/>
          <w:szCs w:val="24"/>
          <w:lang w:val="es-MX"/>
        </w:rPr>
      </w:pPr>
      <w:r w:rsidRPr="00D05933">
        <w:rPr>
          <w:rFonts w:ascii="Arial" w:hAnsi="Arial" w:cs="Arial"/>
          <w:color w:val="auto"/>
          <w:sz w:val="24"/>
          <w:szCs w:val="24"/>
          <w:lang w:val="es-MX"/>
        </w:rPr>
        <w:t>Actividad 1: Observación inicial del artículo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>Instrucciones: Antes de leer el texto completo, observa sus elementos generales.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>Responde:</w:t>
      </w:r>
    </w:p>
    <w:p w:rsidR="00D05933" w:rsidRPr="00D05933" w:rsidRDefault="00D05933" w:rsidP="00D05933">
      <w:pPr>
        <w:pStyle w:val="Prrafodelista"/>
        <w:numPr>
          <w:ilvl w:val="0"/>
          <w:numId w:val="10"/>
        </w:numPr>
        <w:ind w:left="284" w:hanging="284"/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>¿Cuál es el título del artículo y qué tema sugiere?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>2. ¿Quién es el autor o autores?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>3.</w:t>
      </w:r>
      <w:r w:rsidRPr="00D05933">
        <w:rPr>
          <w:rFonts w:ascii="Arial" w:hAnsi="Arial" w:cs="Arial"/>
          <w:sz w:val="24"/>
          <w:szCs w:val="24"/>
          <w:lang w:val="es-MX"/>
        </w:rPr>
        <w:t xml:space="preserve"> ¿En qué revista o publicación aparece?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>4. ¿En qué año fue publicado?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>5. ¿Qué expectativas genera el título sobre el contenido del texto?</w:t>
      </w:r>
    </w:p>
    <w:p w:rsidR="006C4FB1" w:rsidRPr="00D05933" w:rsidRDefault="00D05933">
      <w:pPr>
        <w:pStyle w:val="Ttulo2"/>
        <w:rPr>
          <w:rFonts w:ascii="Arial" w:hAnsi="Arial" w:cs="Arial"/>
          <w:color w:val="auto"/>
          <w:sz w:val="24"/>
          <w:szCs w:val="24"/>
          <w:lang w:val="es-MX"/>
        </w:rPr>
      </w:pPr>
      <w:r w:rsidRPr="00D05933">
        <w:rPr>
          <w:rFonts w:ascii="Arial" w:hAnsi="Arial" w:cs="Arial"/>
          <w:color w:val="auto"/>
          <w:sz w:val="24"/>
          <w:szCs w:val="24"/>
          <w:lang w:val="es-MX"/>
        </w:rPr>
        <w:t>Actividad 2: Identificación del problema de investigación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>Lee la introducción del artículo y responde: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 xml:space="preserve">1. ¿Cuál es el </w:t>
      </w:r>
      <w:r w:rsidRPr="00D05933">
        <w:rPr>
          <w:rFonts w:ascii="Arial" w:hAnsi="Arial" w:cs="Arial"/>
          <w:sz w:val="24"/>
          <w:szCs w:val="24"/>
          <w:lang w:val="es-MX"/>
        </w:rPr>
        <w:t>problema o tema central que investiga el artículo?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>2. ¿Por qué es importante investigar este tema según el autor?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>3. ¿Qué objetivo o pregunta de investigación se plantea?</w:t>
      </w:r>
    </w:p>
    <w:p w:rsidR="006C4FB1" w:rsidRPr="00D05933" w:rsidRDefault="00D05933">
      <w:pPr>
        <w:pStyle w:val="Ttulo2"/>
        <w:rPr>
          <w:rFonts w:ascii="Arial" w:hAnsi="Arial" w:cs="Arial"/>
          <w:color w:val="auto"/>
          <w:sz w:val="24"/>
          <w:szCs w:val="24"/>
          <w:lang w:val="es-MX"/>
        </w:rPr>
      </w:pPr>
      <w:r w:rsidRPr="00D05933">
        <w:rPr>
          <w:rFonts w:ascii="Arial" w:hAnsi="Arial" w:cs="Arial"/>
          <w:color w:val="auto"/>
          <w:sz w:val="24"/>
          <w:szCs w:val="24"/>
          <w:lang w:val="es-MX"/>
        </w:rPr>
        <w:t>Actividad 3: Análisis de la estructura del artículo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>Identifica las partes principales</w:t>
      </w:r>
      <w:r w:rsidRPr="00D05933">
        <w:rPr>
          <w:rFonts w:ascii="Arial" w:hAnsi="Arial" w:cs="Arial"/>
          <w:sz w:val="24"/>
          <w:szCs w:val="24"/>
          <w:lang w:val="es-MX"/>
        </w:rPr>
        <w:t xml:space="preserve"> del artículo: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>1. Introducción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>2. Marco teórico o antecedentes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>3. Metodología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>4. Resultados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>5. Discusión o conclusiones</w:t>
      </w:r>
    </w:p>
    <w:p w:rsidR="00D05933" w:rsidRDefault="00D05933">
      <w:pPr>
        <w:rPr>
          <w:rFonts w:ascii="Arial" w:hAnsi="Arial" w:cs="Arial"/>
          <w:sz w:val="24"/>
          <w:szCs w:val="24"/>
          <w:lang w:val="es-MX"/>
        </w:rPr>
      </w:pP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bookmarkStart w:id="0" w:name="_GoBack"/>
      <w:bookmarkEnd w:id="0"/>
      <w:r w:rsidRPr="00D05933">
        <w:rPr>
          <w:rFonts w:ascii="Arial" w:hAnsi="Arial" w:cs="Arial"/>
          <w:sz w:val="24"/>
          <w:szCs w:val="24"/>
          <w:lang w:val="es-MX"/>
        </w:rPr>
        <w:lastRenderedPageBreak/>
        <w:t>Responde: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>• ¿Qué información aporta cada sección?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>• ¿Cómo se relacionan entre sí para construir el argumento del artículo?</w:t>
      </w:r>
    </w:p>
    <w:p w:rsidR="006C4FB1" w:rsidRPr="00D05933" w:rsidRDefault="00D05933">
      <w:pPr>
        <w:pStyle w:val="Ttulo2"/>
        <w:rPr>
          <w:rFonts w:ascii="Arial" w:hAnsi="Arial" w:cs="Arial"/>
          <w:color w:val="auto"/>
          <w:sz w:val="24"/>
          <w:szCs w:val="24"/>
          <w:lang w:val="es-MX"/>
        </w:rPr>
      </w:pPr>
      <w:r w:rsidRPr="00D05933">
        <w:rPr>
          <w:rFonts w:ascii="Arial" w:hAnsi="Arial" w:cs="Arial"/>
          <w:color w:val="auto"/>
          <w:sz w:val="24"/>
          <w:szCs w:val="24"/>
          <w:lang w:val="es-MX"/>
        </w:rPr>
        <w:t xml:space="preserve">Actividad 4: </w:t>
      </w:r>
      <w:r w:rsidRPr="00D05933">
        <w:rPr>
          <w:rFonts w:ascii="Arial" w:hAnsi="Arial" w:cs="Arial"/>
          <w:color w:val="auto"/>
          <w:sz w:val="24"/>
          <w:szCs w:val="24"/>
          <w:lang w:val="es-MX"/>
        </w:rPr>
        <w:t>Identificación de argumentos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>Durante la lectura identifica las ideas principales.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>1. ¿Cuál es la tesis o idea central del artículo?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>2. Menciona al menos tres argumentos que utilice el autor para sostener su postura.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>3. ¿Qué evidencias utiliza? (datos, cita</w:t>
      </w:r>
      <w:r w:rsidRPr="00D05933">
        <w:rPr>
          <w:rFonts w:ascii="Arial" w:hAnsi="Arial" w:cs="Arial"/>
          <w:sz w:val="24"/>
          <w:szCs w:val="24"/>
          <w:lang w:val="es-MX"/>
        </w:rPr>
        <w:t>s, estudios, ejemplos, etc.)</w:t>
      </w:r>
    </w:p>
    <w:p w:rsidR="006C4FB1" w:rsidRPr="00D05933" w:rsidRDefault="00D05933">
      <w:pPr>
        <w:pStyle w:val="Ttulo2"/>
        <w:rPr>
          <w:rFonts w:ascii="Arial" w:hAnsi="Arial" w:cs="Arial"/>
          <w:color w:val="auto"/>
          <w:sz w:val="24"/>
          <w:szCs w:val="24"/>
          <w:lang w:val="es-MX"/>
        </w:rPr>
      </w:pPr>
      <w:r w:rsidRPr="00D05933">
        <w:rPr>
          <w:rFonts w:ascii="Arial" w:hAnsi="Arial" w:cs="Arial"/>
          <w:color w:val="auto"/>
          <w:sz w:val="24"/>
          <w:szCs w:val="24"/>
          <w:lang w:val="es-MX"/>
        </w:rPr>
        <w:t>Actividad 5: Evaluación crítica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>Reflexiona críticamente sobre el texto.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>1. ¿Los argumentos del autor resultan convincentes? ¿Por qué?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>2. ¿Qué aspectos del estudio podrían mejorarse?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 xml:space="preserve">3. ¿Qué nuevas preguntas surgen a partir del </w:t>
      </w:r>
      <w:r w:rsidRPr="00D05933">
        <w:rPr>
          <w:rFonts w:ascii="Arial" w:hAnsi="Arial" w:cs="Arial"/>
          <w:sz w:val="24"/>
          <w:szCs w:val="24"/>
          <w:lang w:val="es-MX"/>
        </w:rPr>
        <w:t>artículo?</w:t>
      </w:r>
    </w:p>
    <w:p w:rsidR="006C4FB1" w:rsidRPr="00D05933" w:rsidRDefault="00D05933">
      <w:pPr>
        <w:pStyle w:val="Ttulo2"/>
        <w:rPr>
          <w:rFonts w:ascii="Arial" w:hAnsi="Arial" w:cs="Arial"/>
          <w:color w:val="auto"/>
          <w:sz w:val="24"/>
          <w:szCs w:val="24"/>
          <w:lang w:val="es-MX"/>
        </w:rPr>
      </w:pPr>
      <w:r w:rsidRPr="00D05933">
        <w:rPr>
          <w:rFonts w:ascii="Arial" w:hAnsi="Arial" w:cs="Arial"/>
          <w:color w:val="auto"/>
          <w:sz w:val="24"/>
          <w:szCs w:val="24"/>
          <w:lang w:val="es-MX"/>
        </w:rPr>
        <w:t>Actividad final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>Elabora un breve comentario crítico (1 página) donde sintetices el contenido del artículo, identifiques su aporte principal y entregues una valoración personal fundamentada.</w:t>
      </w:r>
    </w:p>
    <w:p w:rsidR="006C4FB1" w:rsidRPr="00D05933" w:rsidRDefault="00D05933">
      <w:pPr>
        <w:pStyle w:val="Ttulo2"/>
        <w:rPr>
          <w:rFonts w:ascii="Arial" w:hAnsi="Arial" w:cs="Arial"/>
          <w:color w:val="auto"/>
          <w:sz w:val="24"/>
          <w:szCs w:val="24"/>
          <w:lang w:val="es-MX"/>
        </w:rPr>
      </w:pPr>
      <w:r w:rsidRPr="00D05933">
        <w:rPr>
          <w:rFonts w:ascii="Arial" w:hAnsi="Arial" w:cs="Arial"/>
          <w:color w:val="auto"/>
          <w:sz w:val="24"/>
          <w:szCs w:val="24"/>
          <w:lang w:val="es-MX"/>
        </w:rPr>
        <w:t>Criterios de evaluación</w:t>
      </w:r>
    </w:p>
    <w:p w:rsidR="006C4FB1" w:rsidRPr="00D05933" w:rsidRDefault="00D05933">
      <w:pPr>
        <w:rPr>
          <w:rFonts w:ascii="Arial" w:hAnsi="Arial" w:cs="Arial"/>
          <w:sz w:val="24"/>
          <w:szCs w:val="24"/>
          <w:lang w:val="es-MX"/>
        </w:rPr>
      </w:pPr>
      <w:r w:rsidRPr="00D05933">
        <w:rPr>
          <w:rFonts w:ascii="Arial" w:hAnsi="Arial" w:cs="Arial"/>
          <w:sz w:val="24"/>
          <w:szCs w:val="24"/>
          <w:lang w:val="es-MX"/>
        </w:rPr>
        <w:t xml:space="preserve">- Comprensión del contenido del </w:t>
      </w:r>
      <w:r w:rsidRPr="00D05933">
        <w:rPr>
          <w:rFonts w:ascii="Arial" w:hAnsi="Arial" w:cs="Arial"/>
          <w:sz w:val="24"/>
          <w:szCs w:val="24"/>
          <w:lang w:val="es-MX"/>
        </w:rPr>
        <w:t>artículo</w:t>
      </w:r>
      <w:r w:rsidRPr="00D05933">
        <w:rPr>
          <w:rFonts w:ascii="Arial" w:hAnsi="Arial" w:cs="Arial"/>
          <w:sz w:val="24"/>
          <w:szCs w:val="24"/>
          <w:lang w:val="es-MX"/>
        </w:rPr>
        <w:br/>
        <w:t>- Identificación correcta de la estructura académica</w:t>
      </w:r>
      <w:r w:rsidRPr="00D05933">
        <w:rPr>
          <w:rFonts w:ascii="Arial" w:hAnsi="Arial" w:cs="Arial"/>
          <w:sz w:val="24"/>
          <w:szCs w:val="24"/>
          <w:lang w:val="es-MX"/>
        </w:rPr>
        <w:br/>
        <w:t>- Capacidad de síntesis</w:t>
      </w:r>
      <w:r w:rsidRPr="00D05933">
        <w:rPr>
          <w:rFonts w:ascii="Arial" w:hAnsi="Arial" w:cs="Arial"/>
          <w:sz w:val="24"/>
          <w:szCs w:val="24"/>
          <w:lang w:val="es-MX"/>
        </w:rPr>
        <w:br/>
        <w:t>- Reflexión crítica fundamentada</w:t>
      </w:r>
    </w:p>
    <w:sectPr w:rsidR="006C4FB1" w:rsidRPr="00D0593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8520C62"/>
    <w:multiLevelType w:val="hybridMultilevel"/>
    <w:tmpl w:val="7B62D5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C4FB1"/>
    <w:rsid w:val="00AA1D8D"/>
    <w:rsid w:val="00B47730"/>
    <w:rsid w:val="00CB0664"/>
    <w:rsid w:val="00D0593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5557C0"/>
  <w14:defaultImageDpi w14:val="300"/>
  <w15:docId w15:val="{D9C8D89E-800E-4569-813C-2FAA07577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C4964B6-F14E-4083-A129-5415EA76C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2121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Usuario</cp:lastModifiedBy>
  <cp:revision>2</cp:revision>
  <dcterms:created xsi:type="dcterms:W3CDTF">2026-03-09T12:17:00Z</dcterms:created>
  <dcterms:modified xsi:type="dcterms:W3CDTF">2026-03-09T12:17:00Z</dcterms:modified>
  <cp:category/>
</cp:coreProperties>
</file>