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C10E9" w14:textId="151D838A" w:rsidR="00D05E5F" w:rsidRPr="00E65234" w:rsidRDefault="00D05E5F" w:rsidP="00D05E5F">
      <w:pPr>
        <w:keepNext/>
        <w:keepLines/>
        <w:spacing w:before="480" w:after="0"/>
        <w:jc w:val="center"/>
        <w:outlineLvl w:val="0"/>
        <w:rPr>
          <w:rFonts w:eastAsiaTheme="majorEastAsia" w:cs="Arial"/>
          <w:b/>
          <w:bCs/>
          <w:color w:val="000000" w:themeColor="text1"/>
          <w:sz w:val="22"/>
        </w:rPr>
      </w:pPr>
      <w:r w:rsidRPr="00E65234">
        <w:rPr>
          <w:rFonts w:eastAsiaTheme="majorEastAsia" w:cs="Arial"/>
          <w:b/>
          <w:bCs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59293CA" wp14:editId="733C9BCC">
                <wp:simplePos x="0" y="0"/>
                <wp:positionH relativeFrom="column">
                  <wp:posOffset>4738294</wp:posOffset>
                </wp:positionH>
                <wp:positionV relativeFrom="paragraph">
                  <wp:posOffset>-404723</wp:posOffset>
                </wp:positionV>
                <wp:extent cx="760781" cy="709574"/>
                <wp:effectExtent l="0" t="0" r="20320" b="14605"/>
                <wp:wrapNone/>
                <wp:docPr id="129751645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781" cy="709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F780F8" w14:textId="77777777" w:rsidR="00D05E5F" w:rsidRPr="00E65234" w:rsidRDefault="00D05E5F" w:rsidP="00D05E5F">
                            <w:r w:rsidRPr="00E65234">
                              <w:rPr>
                                <w:rFonts w:cs="Arial"/>
                              </w:rPr>
                              <w:t>Nota</w:t>
                            </w:r>
                          </w:p>
                          <w:p w14:paraId="431B7B04" w14:textId="77777777" w:rsidR="00D05E5F" w:rsidRPr="00E65234" w:rsidRDefault="00D05E5F" w:rsidP="00D05E5F"/>
                          <w:p w14:paraId="104B28E4" w14:textId="77777777" w:rsidR="00D05E5F" w:rsidRPr="00E65234" w:rsidRDefault="00D05E5F" w:rsidP="00D05E5F"/>
                          <w:p w14:paraId="2E6C5D8A" w14:textId="77777777" w:rsidR="00D05E5F" w:rsidRPr="00E65234" w:rsidRDefault="00D05E5F" w:rsidP="00D05E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293C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73.1pt;margin-top:-31.85pt;width:59.9pt;height:55.8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" fillcolor="window" strokeweight=".5pt">
                <v:textbox>
                  <w:txbxContent>
                    <w:p w14:paraId="45F780F8" w14:textId="77777777" w:rsidR="00D05E5F" w:rsidRPr="00E65234" w:rsidRDefault="00D05E5F" w:rsidP="00D05E5F">
                      <w:r w:rsidRPr="00E65234">
                        <w:rPr>
                          <w:rFonts w:cs="Arial"/>
                        </w:rPr>
                        <w:t>Nota</w:t>
                      </w:r>
                    </w:p>
                    <w:p w14:paraId="431B7B04" w14:textId="77777777" w:rsidR="00D05E5F" w:rsidRPr="00E65234" w:rsidRDefault="00D05E5F" w:rsidP="00D05E5F"/>
                    <w:p w14:paraId="104B28E4" w14:textId="77777777" w:rsidR="00D05E5F" w:rsidRPr="00E65234" w:rsidRDefault="00D05E5F" w:rsidP="00D05E5F"/>
                    <w:p w14:paraId="2E6C5D8A" w14:textId="77777777" w:rsidR="00D05E5F" w:rsidRPr="00E65234" w:rsidRDefault="00D05E5F" w:rsidP="00D05E5F"/>
                  </w:txbxContent>
                </v:textbox>
              </v:shape>
            </w:pict>
          </mc:Fallback>
        </mc:AlternateContent>
      </w:r>
      <w:r w:rsidRPr="00E65234">
        <w:rPr>
          <w:rFonts w:eastAsiaTheme="majorEastAsia" w:cs="Arial"/>
          <w:b/>
          <w:bCs/>
          <w:color w:val="000000" w:themeColor="text1"/>
          <w:sz w:val="22"/>
        </w:rPr>
        <w:t xml:space="preserve">CUC N° </w:t>
      </w:r>
      <w:r>
        <w:rPr>
          <w:rFonts w:eastAsiaTheme="majorEastAsia" w:cs="Arial"/>
          <w:b/>
          <w:bCs/>
          <w:color w:val="000000" w:themeColor="text1"/>
          <w:sz w:val="22"/>
        </w:rPr>
        <w:t>3</w:t>
      </w:r>
      <w:r w:rsidRPr="00E65234">
        <w:rPr>
          <w:rFonts w:eastAsiaTheme="majorEastAsia" w:cs="Arial"/>
          <w:b/>
          <w:bCs/>
          <w:color w:val="000000" w:themeColor="text1"/>
          <w:sz w:val="22"/>
        </w:rPr>
        <w:t xml:space="preserve">: </w:t>
      </w:r>
      <w:r>
        <w:rPr>
          <w:rFonts w:eastAsiaTheme="majorEastAsia" w:cs="Arial"/>
          <w:b/>
          <w:bCs/>
          <w:color w:val="000000" w:themeColor="text1"/>
          <w:sz w:val="22"/>
        </w:rPr>
        <w:t>ORGANISMOS INTERNACIONALES</w:t>
      </w:r>
    </w:p>
    <w:p w14:paraId="66A18366" w14:textId="77777777" w:rsidR="00D05E5F" w:rsidRPr="00E65234" w:rsidRDefault="00D05E5F" w:rsidP="00D05E5F">
      <w:pPr>
        <w:jc w:val="both"/>
        <w:rPr>
          <w:rFonts w:cs="Arial"/>
          <w:sz w:val="22"/>
        </w:rPr>
      </w:pPr>
    </w:p>
    <w:p w14:paraId="5D3AC834" w14:textId="77777777" w:rsidR="00D05E5F" w:rsidRPr="00E65234" w:rsidRDefault="00D05E5F" w:rsidP="00D05E5F">
      <w:pPr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NOMBRE: ________________________________ N° ____________CURSO: 4° ______ </w:t>
      </w:r>
    </w:p>
    <w:p w14:paraId="331F5F2A" w14:textId="77777777" w:rsidR="00D05E5F" w:rsidRPr="00E65234" w:rsidRDefault="00D05E5F" w:rsidP="00D05E5F">
      <w:pPr>
        <w:pStyle w:val="Ttulo1"/>
        <w:numPr>
          <w:ilvl w:val="0"/>
          <w:numId w:val="10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E65234">
        <w:rPr>
          <w:rFonts w:ascii="Arial" w:hAnsi="Arial" w:cs="Arial"/>
          <w:color w:val="000000" w:themeColor="text1"/>
          <w:sz w:val="22"/>
          <w:szCs w:val="22"/>
        </w:rPr>
        <w:t>Preguntas</w:t>
      </w:r>
      <w:proofErr w:type="spellEnd"/>
      <w:r w:rsidRPr="00E65234">
        <w:rPr>
          <w:rFonts w:ascii="Arial" w:hAnsi="Arial" w:cs="Arial"/>
          <w:color w:val="000000" w:themeColor="text1"/>
          <w:sz w:val="22"/>
          <w:szCs w:val="22"/>
        </w:rPr>
        <w:t xml:space="preserve"> de Verdadero o Falso, marque con </w:t>
      </w:r>
      <w:proofErr w:type="spellStart"/>
      <w:r w:rsidRPr="00E65234">
        <w:rPr>
          <w:rFonts w:ascii="Arial" w:hAnsi="Arial" w:cs="Arial"/>
          <w:color w:val="000000" w:themeColor="text1"/>
          <w:sz w:val="22"/>
          <w:szCs w:val="22"/>
        </w:rPr>
        <w:t>una</w:t>
      </w:r>
      <w:proofErr w:type="spellEnd"/>
      <w:r w:rsidRPr="00E6523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65234">
        <w:rPr>
          <w:rFonts w:ascii="Arial" w:hAnsi="Arial" w:cs="Arial"/>
          <w:color w:val="000000" w:themeColor="text1"/>
          <w:sz w:val="22"/>
          <w:szCs w:val="22"/>
        </w:rPr>
        <w:t>línea</w:t>
      </w:r>
      <w:proofErr w:type="spellEnd"/>
      <w:r w:rsidRPr="00E65234">
        <w:rPr>
          <w:rFonts w:ascii="Arial" w:hAnsi="Arial" w:cs="Arial"/>
          <w:color w:val="000000" w:themeColor="text1"/>
          <w:sz w:val="22"/>
          <w:szCs w:val="22"/>
        </w:rPr>
        <w:t xml:space="preserve"> diagonal </w:t>
      </w:r>
      <w:proofErr w:type="gramStart"/>
      <w:r w:rsidRPr="00E65234">
        <w:rPr>
          <w:rFonts w:ascii="Arial" w:hAnsi="Arial" w:cs="Arial"/>
          <w:color w:val="000000" w:themeColor="text1"/>
          <w:sz w:val="22"/>
          <w:szCs w:val="22"/>
        </w:rPr>
        <w:t>( /</w:t>
      </w:r>
      <w:proofErr w:type="gramEnd"/>
      <w:r w:rsidRPr="00E65234">
        <w:rPr>
          <w:rFonts w:ascii="Arial" w:hAnsi="Arial" w:cs="Arial"/>
          <w:color w:val="000000" w:themeColor="text1"/>
          <w:sz w:val="22"/>
          <w:szCs w:val="22"/>
        </w:rPr>
        <w:t xml:space="preserve"> ) </w:t>
      </w:r>
      <w:proofErr w:type="spellStart"/>
      <w:r w:rsidRPr="00E65234">
        <w:rPr>
          <w:rFonts w:ascii="Arial" w:hAnsi="Arial" w:cs="Arial"/>
          <w:color w:val="000000" w:themeColor="text1"/>
          <w:sz w:val="22"/>
          <w:szCs w:val="22"/>
        </w:rPr>
        <w:t>su</w:t>
      </w:r>
      <w:proofErr w:type="spellEnd"/>
      <w:r w:rsidRPr="00E6523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65234">
        <w:rPr>
          <w:rFonts w:ascii="Arial" w:hAnsi="Arial" w:cs="Arial"/>
          <w:color w:val="000000" w:themeColor="text1"/>
          <w:sz w:val="22"/>
          <w:szCs w:val="22"/>
        </w:rPr>
        <w:t>opción</w:t>
      </w:r>
      <w:proofErr w:type="spellEnd"/>
    </w:p>
    <w:p w14:paraId="112CD758" w14:textId="563BE280" w:rsidR="00F11CD9" w:rsidRDefault="00F11CD9" w:rsidP="005C5130">
      <w:pPr>
        <w:pStyle w:val="Ttulo2"/>
        <w:jc w:val="both"/>
      </w:pPr>
    </w:p>
    <w:p w14:paraId="004E05CB" w14:textId="4ACB511F" w:rsidR="00F11CD9" w:rsidRDefault="00BF76E1" w:rsidP="005C5130">
      <w:pPr>
        <w:ind w:left="284" w:hanging="284"/>
        <w:jc w:val="both"/>
      </w:pPr>
      <w:r>
        <w:t xml:space="preserve">1. Los </w:t>
      </w:r>
      <w:proofErr w:type="spellStart"/>
      <w:r>
        <w:t>organismos</w:t>
      </w:r>
      <w:proofErr w:type="spellEnd"/>
      <w:r>
        <w:t xml:space="preserve"> </w:t>
      </w:r>
      <w:proofErr w:type="spellStart"/>
      <w:r>
        <w:t>internacionales</w:t>
      </w:r>
      <w:proofErr w:type="spellEnd"/>
      <w:r>
        <w:t xml:space="preserve"> se </w:t>
      </w:r>
      <w:proofErr w:type="spellStart"/>
      <w:r>
        <w:t>crean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acuerdos</w:t>
      </w:r>
      <w:proofErr w:type="spellEnd"/>
      <w:r>
        <w:t xml:space="preserve"> entre </w:t>
      </w:r>
      <w:proofErr w:type="spellStart"/>
      <w:r w:rsidR="00A14E77">
        <w:t>países</w:t>
      </w:r>
      <w:proofErr w:type="spellEnd"/>
      <w:r>
        <w:t xml:space="preserve">. </w:t>
      </w:r>
      <w:r w:rsidR="00A14E77">
        <w:tab/>
      </w:r>
      <w:r w:rsidR="00A63E42">
        <w:tab/>
      </w:r>
      <w:r>
        <w:t>(V</w:t>
      </w:r>
      <w:r w:rsidR="00A14E77">
        <w:t xml:space="preserve"> o F</w:t>
      </w:r>
      <w:r>
        <w:t>)</w:t>
      </w:r>
    </w:p>
    <w:p w14:paraId="4C40E069" w14:textId="271644CC" w:rsidR="00F11CD9" w:rsidRDefault="00BF76E1" w:rsidP="005C5130">
      <w:pPr>
        <w:jc w:val="both"/>
      </w:pPr>
      <w:r>
        <w:t xml:space="preserve">2. Los </w:t>
      </w:r>
      <w:proofErr w:type="spellStart"/>
      <w:r>
        <w:t>organismos</w:t>
      </w:r>
      <w:proofErr w:type="spellEnd"/>
      <w:r>
        <w:t xml:space="preserve"> </w:t>
      </w:r>
      <w:proofErr w:type="spellStart"/>
      <w:r>
        <w:t>internacionales</w:t>
      </w:r>
      <w:proofErr w:type="spellEnd"/>
      <w:r>
        <w:t xml:space="preserve"> solo </w:t>
      </w:r>
      <w:proofErr w:type="spellStart"/>
      <w:r>
        <w:t>abordan</w:t>
      </w:r>
      <w:proofErr w:type="spellEnd"/>
      <w:r>
        <w:t xml:space="preserve"> </w:t>
      </w:r>
      <w:proofErr w:type="spellStart"/>
      <w:r>
        <w:t>temas</w:t>
      </w:r>
      <w:proofErr w:type="spellEnd"/>
      <w:r>
        <w:t xml:space="preserve"> </w:t>
      </w:r>
      <w:proofErr w:type="spellStart"/>
      <w:r>
        <w:t>económicos</w:t>
      </w:r>
      <w:proofErr w:type="spellEnd"/>
      <w:r>
        <w:t xml:space="preserve">. </w:t>
      </w:r>
      <w:r w:rsidR="00A14E77">
        <w:tab/>
      </w:r>
      <w:r w:rsidR="00A14E77">
        <w:tab/>
      </w:r>
      <w:r w:rsidR="00A63E42">
        <w:tab/>
      </w:r>
      <w:r>
        <w:t>(</w:t>
      </w:r>
      <w:r w:rsidR="00A14E77">
        <w:t xml:space="preserve">V o </w:t>
      </w:r>
      <w:r>
        <w:t>F)</w:t>
      </w:r>
    </w:p>
    <w:p w14:paraId="6FEE07AA" w14:textId="1C5A01FB" w:rsidR="00F11CD9" w:rsidRDefault="00BF76E1" w:rsidP="005C5130">
      <w:pPr>
        <w:ind w:left="284" w:hanging="284"/>
        <w:jc w:val="both"/>
      </w:pPr>
      <w:r>
        <w:t>3.</w:t>
      </w:r>
      <w:r w:rsidR="005C5130">
        <w:t xml:space="preserve"> </w:t>
      </w:r>
      <w:r>
        <w:t xml:space="preserve">La ONU es </w:t>
      </w:r>
      <w:proofErr w:type="spellStart"/>
      <w:r w:rsidR="00F660AD">
        <w:t>una</w:t>
      </w:r>
      <w:proofErr w:type="spellEnd"/>
      <w:r w:rsidR="00F660AD">
        <w:t xml:space="preserve"> </w:t>
      </w:r>
      <w:proofErr w:type="spellStart"/>
      <w:r>
        <w:t>organización</w:t>
      </w:r>
      <w:proofErr w:type="spellEnd"/>
      <w:r>
        <w:t xml:space="preserve"> </w:t>
      </w:r>
      <w:proofErr w:type="spellStart"/>
      <w:r>
        <w:t>orientada</w:t>
      </w:r>
      <w:proofErr w:type="spellEnd"/>
      <w:r>
        <w:t xml:space="preserve"> a la </w:t>
      </w:r>
      <w:proofErr w:type="spellStart"/>
      <w:r>
        <w:t>paz</w:t>
      </w:r>
      <w:proofErr w:type="spellEnd"/>
      <w:r>
        <w:t xml:space="preserve"> y la </w:t>
      </w:r>
      <w:proofErr w:type="spellStart"/>
      <w:r>
        <w:t>seguridad</w:t>
      </w:r>
      <w:proofErr w:type="spellEnd"/>
      <w:r>
        <w:t xml:space="preserve"> </w:t>
      </w:r>
      <w:proofErr w:type="spellStart"/>
      <w:r>
        <w:t>internacionales</w:t>
      </w:r>
      <w:proofErr w:type="spellEnd"/>
      <w:r>
        <w:t xml:space="preserve">. </w:t>
      </w:r>
      <w:r w:rsidR="00A63E42">
        <w:tab/>
      </w:r>
      <w:r>
        <w:t>(V</w:t>
      </w:r>
      <w:r w:rsidR="005C5130">
        <w:t xml:space="preserve"> o F</w:t>
      </w:r>
      <w:r>
        <w:t>)</w:t>
      </w:r>
    </w:p>
    <w:p w14:paraId="19A90616" w14:textId="440AB2AE" w:rsidR="00F11CD9" w:rsidRDefault="00BF76E1" w:rsidP="005C5130">
      <w:pPr>
        <w:jc w:val="both"/>
      </w:pPr>
      <w:r>
        <w:t xml:space="preserve">4. La OEA es un </w:t>
      </w:r>
      <w:proofErr w:type="spellStart"/>
      <w:r>
        <w:t>organismo</w:t>
      </w:r>
      <w:proofErr w:type="spellEnd"/>
      <w:r>
        <w:t xml:space="preserve"> regional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actúa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continente</w:t>
      </w:r>
      <w:proofErr w:type="spellEnd"/>
      <w:r>
        <w:t xml:space="preserve"> americano. </w:t>
      </w:r>
      <w:r w:rsidR="00F660AD">
        <w:tab/>
      </w:r>
      <w:r w:rsidR="00A63E42">
        <w:tab/>
      </w:r>
      <w:r>
        <w:t>(V</w:t>
      </w:r>
      <w:r w:rsidR="00F660AD">
        <w:t xml:space="preserve"> o F</w:t>
      </w:r>
      <w:r>
        <w:t>)</w:t>
      </w:r>
    </w:p>
    <w:p w14:paraId="045B4141" w14:textId="69759566" w:rsidR="00F11CD9" w:rsidRDefault="00BF76E1" w:rsidP="005C5130">
      <w:pPr>
        <w:jc w:val="both"/>
      </w:pPr>
      <w:r>
        <w:t xml:space="preserve">5. La ASEAN </w:t>
      </w:r>
      <w:proofErr w:type="spellStart"/>
      <w:r>
        <w:t>promueve</w:t>
      </w:r>
      <w:proofErr w:type="spellEnd"/>
      <w:r>
        <w:t xml:space="preserve"> la </w:t>
      </w:r>
      <w:proofErr w:type="spellStart"/>
      <w:r>
        <w:t>cooperación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sudeste</w:t>
      </w:r>
      <w:proofErr w:type="spellEnd"/>
      <w:r>
        <w:t xml:space="preserve"> </w:t>
      </w:r>
      <w:proofErr w:type="spellStart"/>
      <w:r>
        <w:t>asiático</w:t>
      </w:r>
      <w:proofErr w:type="spellEnd"/>
      <w:r>
        <w:t xml:space="preserve">. </w:t>
      </w:r>
      <w:r w:rsidR="008A6B0C">
        <w:tab/>
      </w:r>
      <w:r w:rsidR="008A6B0C">
        <w:tab/>
      </w:r>
      <w:r w:rsidR="008A6B0C">
        <w:tab/>
      </w:r>
      <w:r w:rsidR="00A63E42">
        <w:tab/>
      </w:r>
      <w:r>
        <w:t>(V</w:t>
      </w:r>
      <w:r w:rsidR="008A6B0C">
        <w:t xml:space="preserve"> o F</w:t>
      </w:r>
      <w:r>
        <w:t>)</w:t>
      </w:r>
    </w:p>
    <w:p w14:paraId="3BE30420" w14:textId="5EF1623D" w:rsidR="00F11CD9" w:rsidRDefault="00BF76E1" w:rsidP="005C5130">
      <w:pPr>
        <w:jc w:val="both"/>
      </w:pPr>
      <w:r>
        <w:t xml:space="preserve">6. El Banco Mundial y </w:t>
      </w:r>
      <w:proofErr w:type="spellStart"/>
      <w:r>
        <w:t>el</w:t>
      </w:r>
      <w:proofErr w:type="spellEnd"/>
      <w:r>
        <w:t xml:space="preserve"> FMI son </w:t>
      </w:r>
      <w:proofErr w:type="spellStart"/>
      <w:r>
        <w:t>organismos</w:t>
      </w:r>
      <w:proofErr w:type="spellEnd"/>
      <w:r>
        <w:t xml:space="preserve"> no </w:t>
      </w:r>
      <w:proofErr w:type="spellStart"/>
      <w:r>
        <w:t>gubernamentales</w:t>
      </w:r>
      <w:proofErr w:type="spellEnd"/>
      <w:r>
        <w:t xml:space="preserve">. </w:t>
      </w:r>
      <w:r w:rsidR="008A6B0C">
        <w:tab/>
      </w:r>
      <w:r w:rsidR="008A6B0C">
        <w:tab/>
      </w:r>
      <w:r w:rsidR="00A63E42">
        <w:tab/>
      </w:r>
      <w:r>
        <w:t>(</w:t>
      </w:r>
      <w:r w:rsidR="008A6B0C">
        <w:t xml:space="preserve">V o </w:t>
      </w:r>
      <w:r>
        <w:t>F</w:t>
      </w:r>
      <w:r w:rsidR="008A6B0C">
        <w:t>)</w:t>
      </w:r>
    </w:p>
    <w:p w14:paraId="0F220B3B" w14:textId="75A9EF6D" w:rsidR="00F11CD9" w:rsidRDefault="00BF76E1" w:rsidP="005C5130">
      <w:pPr>
        <w:jc w:val="both"/>
      </w:pPr>
      <w:r>
        <w:t xml:space="preserve">7. </w:t>
      </w:r>
      <w:proofErr w:type="spellStart"/>
      <w:r>
        <w:t>Amnistía</w:t>
      </w:r>
      <w:proofErr w:type="spellEnd"/>
      <w:r>
        <w:t xml:space="preserve"> Internacional y Cruz Roja Internacional son </w:t>
      </w:r>
      <w:proofErr w:type="spellStart"/>
      <w:r>
        <w:t>organismos</w:t>
      </w:r>
      <w:proofErr w:type="spellEnd"/>
      <w:r>
        <w:t xml:space="preserve"> no </w:t>
      </w:r>
      <w:proofErr w:type="spellStart"/>
      <w:r>
        <w:t>gubernamentales</w:t>
      </w:r>
      <w:proofErr w:type="spellEnd"/>
      <w:r>
        <w:t>. (V</w:t>
      </w:r>
      <w:r w:rsidR="006C030D">
        <w:t xml:space="preserve"> o F</w:t>
      </w:r>
      <w:r>
        <w:t>)</w:t>
      </w:r>
    </w:p>
    <w:p w14:paraId="2815947A" w14:textId="6D52A57C" w:rsidR="00F11CD9" w:rsidRDefault="00BF76E1" w:rsidP="005C5130">
      <w:pPr>
        <w:jc w:val="both"/>
      </w:pPr>
      <w:r>
        <w:t xml:space="preserve">8. La OTAN es un </w:t>
      </w:r>
      <w:proofErr w:type="spellStart"/>
      <w:r>
        <w:t>organismo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 de </w:t>
      </w:r>
      <w:proofErr w:type="spellStart"/>
      <w:r>
        <w:t>seguridad</w:t>
      </w:r>
      <w:proofErr w:type="spellEnd"/>
      <w:r>
        <w:t xml:space="preserve"> y </w:t>
      </w:r>
      <w:proofErr w:type="spellStart"/>
      <w:r>
        <w:t>defensa</w:t>
      </w:r>
      <w:proofErr w:type="spellEnd"/>
      <w:r>
        <w:t xml:space="preserve">. </w:t>
      </w:r>
      <w:r w:rsidR="006C030D">
        <w:tab/>
      </w:r>
      <w:r w:rsidR="006C030D">
        <w:tab/>
      </w:r>
      <w:r w:rsidR="00A63E42">
        <w:tab/>
      </w:r>
      <w:r>
        <w:t>(V</w:t>
      </w:r>
      <w:r w:rsidR="006C030D">
        <w:t xml:space="preserve"> o F</w:t>
      </w:r>
      <w:r>
        <w:t>)</w:t>
      </w:r>
    </w:p>
    <w:p w14:paraId="5EEDCF14" w14:textId="193857D8" w:rsidR="00F11CD9" w:rsidRDefault="00BF76E1" w:rsidP="005C5130">
      <w:pPr>
        <w:jc w:val="both"/>
      </w:pPr>
      <w:r>
        <w:t xml:space="preserve">9. La OMS y la OPS </w:t>
      </w:r>
      <w:proofErr w:type="spellStart"/>
      <w:r>
        <w:t>cumplen</w:t>
      </w:r>
      <w:proofErr w:type="spellEnd"/>
      <w:r>
        <w:t xml:space="preserve"> </w:t>
      </w:r>
      <w:proofErr w:type="spellStart"/>
      <w:r>
        <w:t>funciones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ámbito</w:t>
      </w:r>
      <w:proofErr w:type="spellEnd"/>
      <w:r>
        <w:t xml:space="preserve"> de la </w:t>
      </w:r>
      <w:proofErr w:type="spellStart"/>
      <w:r>
        <w:t>salud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. </w:t>
      </w:r>
      <w:r w:rsidR="00A63E42">
        <w:tab/>
      </w:r>
      <w:r w:rsidR="00A63E42">
        <w:tab/>
      </w:r>
      <w:r>
        <w:t>(V</w:t>
      </w:r>
      <w:r w:rsidR="00A63E42">
        <w:t xml:space="preserve"> o F</w:t>
      </w:r>
      <w:r>
        <w:t>)</w:t>
      </w:r>
    </w:p>
    <w:p w14:paraId="642E2C66" w14:textId="423CD6C3" w:rsidR="00F11CD9" w:rsidRDefault="00BF76E1" w:rsidP="005C5130">
      <w:pPr>
        <w:jc w:val="both"/>
      </w:pPr>
      <w:r>
        <w:t xml:space="preserve">10. Los </w:t>
      </w:r>
      <w:proofErr w:type="spellStart"/>
      <w:r>
        <w:t>organismos</w:t>
      </w:r>
      <w:proofErr w:type="spellEnd"/>
      <w:r>
        <w:t xml:space="preserve"> </w:t>
      </w:r>
      <w:proofErr w:type="spellStart"/>
      <w:r>
        <w:t>internacionales</w:t>
      </w:r>
      <w:proofErr w:type="spellEnd"/>
      <w:r>
        <w:t xml:space="preserve"> no </w:t>
      </w:r>
      <w:proofErr w:type="spellStart"/>
      <w:r>
        <w:t>influyen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educación</w:t>
      </w:r>
      <w:proofErr w:type="spellEnd"/>
      <w:r>
        <w:t xml:space="preserve"> superior. </w:t>
      </w:r>
      <w:r w:rsidR="00A63E42">
        <w:tab/>
      </w:r>
      <w:r w:rsidR="00A63E42">
        <w:tab/>
      </w:r>
      <w:r w:rsidR="00A63E42">
        <w:tab/>
      </w:r>
      <w:r>
        <w:t>(</w:t>
      </w:r>
      <w:r w:rsidR="00A63E42">
        <w:t xml:space="preserve">V o </w:t>
      </w:r>
      <w:r>
        <w:t>F)</w:t>
      </w:r>
    </w:p>
    <w:p w14:paraId="01018916" w14:textId="1E33E36F" w:rsidR="00905F72" w:rsidRDefault="00905F72">
      <w:r>
        <w:br w:type="page"/>
      </w:r>
    </w:p>
    <w:p w14:paraId="47A8DD22" w14:textId="77777777" w:rsidR="00E526B3" w:rsidRDefault="00E526B3" w:rsidP="005C5130">
      <w:pPr>
        <w:jc w:val="both"/>
      </w:pPr>
    </w:p>
    <w:p w14:paraId="5A6A21BD" w14:textId="2E9999D3" w:rsidR="00F11CD9" w:rsidRDefault="00BF76E1" w:rsidP="00E526B3">
      <w:pPr>
        <w:pStyle w:val="Ttulo1"/>
        <w:numPr>
          <w:ilvl w:val="0"/>
          <w:numId w:val="10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E526B3">
        <w:rPr>
          <w:rFonts w:ascii="Arial" w:hAnsi="Arial" w:cs="Arial"/>
          <w:color w:val="000000" w:themeColor="text1"/>
          <w:sz w:val="22"/>
          <w:szCs w:val="22"/>
        </w:rPr>
        <w:t>Preguntas</w:t>
      </w:r>
      <w:proofErr w:type="spellEnd"/>
      <w:r w:rsidRPr="00E526B3">
        <w:rPr>
          <w:rFonts w:ascii="Arial" w:hAnsi="Arial" w:cs="Arial"/>
          <w:color w:val="000000" w:themeColor="text1"/>
          <w:sz w:val="22"/>
          <w:szCs w:val="22"/>
        </w:rPr>
        <w:t xml:space="preserve"> de </w:t>
      </w:r>
      <w:proofErr w:type="spellStart"/>
      <w:r w:rsidRPr="00E526B3">
        <w:rPr>
          <w:rFonts w:ascii="Arial" w:hAnsi="Arial" w:cs="Arial"/>
          <w:color w:val="000000" w:themeColor="text1"/>
          <w:sz w:val="22"/>
          <w:szCs w:val="22"/>
        </w:rPr>
        <w:t>Completación</w:t>
      </w:r>
      <w:proofErr w:type="spellEnd"/>
      <w:r w:rsidRPr="00E526B3">
        <w:rPr>
          <w:rFonts w:ascii="Arial" w:hAnsi="Arial" w:cs="Arial"/>
          <w:color w:val="000000" w:themeColor="text1"/>
          <w:sz w:val="22"/>
          <w:szCs w:val="22"/>
        </w:rPr>
        <w:t xml:space="preserve"> de </w:t>
      </w:r>
      <w:proofErr w:type="spellStart"/>
      <w:r w:rsidRPr="00E526B3">
        <w:rPr>
          <w:rFonts w:ascii="Arial" w:hAnsi="Arial" w:cs="Arial"/>
          <w:color w:val="000000" w:themeColor="text1"/>
          <w:sz w:val="22"/>
          <w:szCs w:val="22"/>
        </w:rPr>
        <w:t>Oraciones</w:t>
      </w:r>
      <w:proofErr w:type="spellEnd"/>
    </w:p>
    <w:p w14:paraId="34CE2D2A" w14:textId="77777777" w:rsidR="00E526B3" w:rsidRPr="00E526B3" w:rsidRDefault="00E526B3" w:rsidP="00E526B3"/>
    <w:p w14:paraId="349D43F3" w14:textId="37020E1D" w:rsidR="00F11CD9" w:rsidRDefault="00BF76E1" w:rsidP="005C5130">
      <w:pPr>
        <w:jc w:val="both"/>
      </w:pPr>
      <w:r>
        <w:t xml:space="preserve">1. Los </w:t>
      </w:r>
      <w:proofErr w:type="spellStart"/>
      <w:r>
        <w:t>organismos</w:t>
      </w:r>
      <w:proofErr w:type="spellEnd"/>
      <w:r>
        <w:t xml:space="preserve"> </w:t>
      </w:r>
      <w:proofErr w:type="spellStart"/>
      <w:r>
        <w:t>internacionales</w:t>
      </w:r>
      <w:proofErr w:type="spellEnd"/>
      <w:r>
        <w:t xml:space="preserve"> </w:t>
      </w:r>
      <w:proofErr w:type="spellStart"/>
      <w:r>
        <w:t>buscan</w:t>
      </w:r>
      <w:proofErr w:type="spellEnd"/>
      <w:r>
        <w:t xml:space="preserve"> </w:t>
      </w:r>
      <w:proofErr w:type="spellStart"/>
      <w:r>
        <w:t>promover</w:t>
      </w:r>
      <w:proofErr w:type="spellEnd"/>
      <w:r w:rsidR="00E526B3">
        <w:t>__________________________________</w:t>
      </w:r>
      <w:r>
        <w:t>.</w:t>
      </w:r>
    </w:p>
    <w:p w14:paraId="10449786" w14:textId="67DAF5D0" w:rsidR="00F11CD9" w:rsidRDefault="00BF76E1" w:rsidP="005C5130">
      <w:pPr>
        <w:jc w:val="both"/>
      </w:pPr>
      <w:r>
        <w:t xml:space="preserve">2. La Organización Mundial del Comercio </w:t>
      </w:r>
      <w:proofErr w:type="spellStart"/>
      <w:r>
        <w:t>regula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r w:rsidR="00E526B3">
        <w:t>___________________________________</w:t>
      </w:r>
      <w:r>
        <w:t>.</w:t>
      </w:r>
    </w:p>
    <w:p w14:paraId="3275A5C7" w14:textId="0CB9DE1F" w:rsidR="00F11CD9" w:rsidRDefault="00BF76E1" w:rsidP="005C5130">
      <w:pPr>
        <w:jc w:val="both"/>
      </w:pPr>
      <w:r>
        <w:t xml:space="preserve">3. La Unión Europea es </w:t>
      </w:r>
      <w:proofErr w:type="spellStart"/>
      <w:r>
        <w:t>una</w:t>
      </w:r>
      <w:proofErr w:type="spellEnd"/>
      <w:r>
        <w:t xml:space="preserve"> </w:t>
      </w:r>
      <w:proofErr w:type="spellStart"/>
      <w:r>
        <w:t>unión</w:t>
      </w:r>
      <w:proofErr w:type="spellEnd"/>
      <w:r>
        <w:t xml:space="preserve"> </w:t>
      </w:r>
      <w:r w:rsidR="00E526B3">
        <w:t>________________________________________________</w:t>
      </w:r>
      <w:r>
        <w:t>.</w:t>
      </w:r>
    </w:p>
    <w:p w14:paraId="6665A2AD" w14:textId="0C4FE00E" w:rsidR="00F11CD9" w:rsidRDefault="00BF76E1" w:rsidP="005C5130">
      <w:pPr>
        <w:jc w:val="both"/>
      </w:pPr>
      <w:r>
        <w:t xml:space="preserve">4. El Fondo </w:t>
      </w:r>
      <w:proofErr w:type="spellStart"/>
      <w:r>
        <w:t>Monetario</w:t>
      </w:r>
      <w:proofErr w:type="spellEnd"/>
      <w:r>
        <w:t xml:space="preserve"> Internacional </w:t>
      </w:r>
      <w:proofErr w:type="spellStart"/>
      <w:r>
        <w:t>promueve</w:t>
      </w:r>
      <w:proofErr w:type="spellEnd"/>
      <w:r>
        <w:t xml:space="preserve"> </w:t>
      </w:r>
      <w:r w:rsidR="006A32EE">
        <w:t>______________________________________</w:t>
      </w:r>
      <w:r>
        <w:t>.</w:t>
      </w:r>
    </w:p>
    <w:p w14:paraId="641EA974" w14:textId="059090BC" w:rsidR="00F11CD9" w:rsidRDefault="00BF76E1" w:rsidP="005C5130">
      <w:pPr>
        <w:jc w:val="both"/>
      </w:pPr>
      <w:r>
        <w:t xml:space="preserve">5. La Cruz Roja Internacional </w:t>
      </w:r>
      <w:proofErr w:type="spellStart"/>
      <w:r>
        <w:t>proporciona</w:t>
      </w:r>
      <w:proofErr w:type="spellEnd"/>
      <w:r>
        <w:t xml:space="preserve"> </w:t>
      </w:r>
      <w:proofErr w:type="spellStart"/>
      <w:r>
        <w:t>ayuda</w:t>
      </w:r>
      <w:proofErr w:type="spellEnd"/>
      <w:r w:rsidR="006A32EE">
        <w:t>_____________________________________.</w:t>
      </w:r>
    </w:p>
    <w:p w14:paraId="0757A27B" w14:textId="21D56120" w:rsidR="00F11CD9" w:rsidRDefault="00BF76E1" w:rsidP="005C5130">
      <w:pPr>
        <w:jc w:val="both"/>
      </w:pPr>
      <w:r>
        <w:t xml:space="preserve">6. El PNUD </w:t>
      </w:r>
      <w:proofErr w:type="spellStart"/>
      <w:r>
        <w:t>trabaja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desarrollo</w:t>
      </w:r>
      <w:proofErr w:type="spellEnd"/>
      <w:r>
        <w:t xml:space="preserve"> </w:t>
      </w:r>
      <w:proofErr w:type="spellStart"/>
      <w:r>
        <w:t>sostenible</w:t>
      </w:r>
      <w:proofErr w:type="spellEnd"/>
      <w:r>
        <w:t xml:space="preserve"> y la </w:t>
      </w:r>
      <w:r w:rsidR="00765E72">
        <w:t>___________________________________</w:t>
      </w:r>
      <w:r>
        <w:t>.</w:t>
      </w:r>
    </w:p>
    <w:p w14:paraId="48010C45" w14:textId="6B0F9586" w:rsidR="00F11CD9" w:rsidRDefault="00BF76E1" w:rsidP="005C5130">
      <w:pPr>
        <w:jc w:val="both"/>
      </w:pPr>
      <w:r>
        <w:t xml:space="preserve">7. UNICEF </w:t>
      </w:r>
      <w:proofErr w:type="spellStart"/>
      <w:r>
        <w:t>entrega</w:t>
      </w:r>
      <w:proofErr w:type="spellEnd"/>
      <w:r>
        <w:t xml:space="preserve"> </w:t>
      </w:r>
      <w:proofErr w:type="spellStart"/>
      <w:r>
        <w:t>apoyo</w:t>
      </w:r>
      <w:proofErr w:type="spellEnd"/>
      <w:r>
        <w:t xml:space="preserve"> </w:t>
      </w:r>
      <w:proofErr w:type="spellStart"/>
      <w:r>
        <w:t>principalmente</w:t>
      </w:r>
      <w:proofErr w:type="spellEnd"/>
      <w:r>
        <w:t xml:space="preserve"> a </w:t>
      </w:r>
      <w:r w:rsidR="00765E72">
        <w:t>_________________________________________</w:t>
      </w:r>
      <w:r w:rsidR="00905F72">
        <w:t>.</w:t>
      </w:r>
    </w:p>
    <w:p w14:paraId="6B4086C2" w14:textId="0F11A271" w:rsidR="00F11CD9" w:rsidRDefault="00BF76E1">
      <w:r>
        <w:t xml:space="preserve">8. La UNESCO </w:t>
      </w:r>
      <w:proofErr w:type="spellStart"/>
      <w:r>
        <w:t>promueve</w:t>
      </w:r>
      <w:proofErr w:type="spellEnd"/>
      <w:r>
        <w:t xml:space="preserve"> la </w:t>
      </w:r>
      <w:proofErr w:type="spellStart"/>
      <w:r>
        <w:t>cooperación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r w:rsidR="00905F72">
        <w:t>________________________________________.</w:t>
      </w:r>
    </w:p>
    <w:p w14:paraId="257EBC8F" w14:textId="7380B7CC" w:rsidR="00F11CD9" w:rsidRDefault="00BF76E1">
      <w:r>
        <w:t xml:space="preserve">9. El </w:t>
      </w:r>
      <w:proofErr w:type="spellStart"/>
      <w:r>
        <w:t>programa</w:t>
      </w:r>
      <w:proofErr w:type="spellEnd"/>
      <w:r>
        <w:t xml:space="preserve"> Erasmus </w:t>
      </w:r>
      <w:proofErr w:type="spellStart"/>
      <w:r>
        <w:t>fomenta</w:t>
      </w:r>
      <w:proofErr w:type="spellEnd"/>
      <w:r>
        <w:t xml:space="preserve"> la </w:t>
      </w:r>
      <w:proofErr w:type="spellStart"/>
      <w:r>
        <w:t>movilidad</w:t>
      </w:r>
      <w:proofErr w:type="spellEnd"/>
      <w:r>
        <w:t xml:space="preserve"> </w:t>
      </w:r>
      <w:r w:rsidR="00905F72">
        <w:t>_______________________________________.</w:t>
      </w:r>
    </w:p>
    <w:p w14:paraId="0A148C00" w14:textId="04ED49C6" w:rsidR="00F11CD9" w:rsidRDefault="00BF76E1">
      <w:r>
        <w:t xml:space="preserve">10. El ODS 4 de la Agenda 2030 se vincula con </w:t>
      </w:r>
      <w:proofErr w:type="spellStart"/>
      <w:r>
        <w:t>una</w:t>
      </w:r>
      <w:proofErr w:type="spellEnd"/>
      <w:r>
        <w:t xml:space="preserve"> </w:t>
      </w:r>
      <w:r w:rsidR="00905F72">
        <w:t>Educación__________________________</w:t>
      </w:r>
      <w:r>
        <w:t>.</w:t>
      </w:r>
    </w:p>
    <w:sectPr w:rsidR="00F11CD9" w:rsidSect="006C030D">
      <w:headerReference w:type="default" r:id="rId8"/>
      <w:pgSz w:w="12240" w:h="15840"/>
      <w:pgMar w:top="1440" w:right="758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48B63" w14:textId="77777777" w:rsidR="005E4D35" w:rsidRDefault="005E4D35" w:rsidP="004F48F8">
      <w:pPr>
        <w:spacing w:after="0" w:line="240" w:lineRule="auto"/>
      </w:pPr>
      <w:r>
        <w:separator/>
      </w:r>
    </w:p>
  </w:endnote>
  <w:endnote w:type="continuationSeparator" w:id="0">
    <w:p w14:paraId="66CC8F34" w14:textId="77777777" w:rsidR="005E4D35" w:rsidRDefault="005E4D35" w:rsidP="004F4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5C057" w14:textId="77777777" w:rsidR="005E4D35" w:rsidRDefault="005E4D35" w:rsidP="004F48F8">
      <w:pPr>
        <w:spacing w:after="0" w:line="240" w:lineRule="auto"/>
      </w:pPr>
      <w:r>
        <w:separator/>
      </w:r>
    </w:p>
  </w:footnote>
  <w:footnote w:type="continuationSeparator" w:id="0">
    <w:p w14:paraId="0D43E936" w14:textId="77777777" w:rsidR="005E4D35" w:rsidRDefault="005E4D35" w:rsidP="004F48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05004" w14:textId="77777777" w:rsidR="004F48F8" w:rsidRPr="00E65234" w:rsidRDefault="004F48F8" w:rsidP="004F48F8">
    <w:pPr>
      <w:tabs>
        <w:tab w:val="center" w:pos="4680"/>
        <w:tab w:val="right" w:pos="9360"/>
      </w:tabs>
      <w:spacing w:after="0" w:line="240" w:lineRule="auto"/>
      <w:rPr>
        <w:rFonts w:cs="Arial"/>
        <w:b/>
        <w:bCs/>
        <w:sz w:val="20"/>
        <w:szCs w:val="20"/>
      </w:rPr>
    </w:pPr>
    <w:r w:rsidRPr="00E65234">
      <w:rPr>
        <w:rFonts w:cs="Arial"/>
        <w:b/>
        <w:bCs/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 wp14:anchorId="52750D78" wp14:editId="6F928943">
          <wp:simplePos x="0" y="0"/>
          <wp:positionH relativeFrom="column">
            <wp:posOffset>2633472</wp:posOffset>
          </wp:positionH>
          <wp:positionV relativeFrom="paragraph">
            <wp:posOffset>29261</wp:posOffset>
          </wp:positionV>
          <wp:extent cx="457200" cy="421640"/>
          <wp:effectExtent l="0" t="0" r="0" b="0"/>
          <wp:wrapNone/>
          <wp:docPr id="1354363699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8641248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65234">
      <w:rPr>
        <w:rFonts w:cs="Arial"/>
        <w:b/>
        <w:bCs/>
        <w:sz w:val="20"/>
        <w:szCs w:val="20"/>
      </w:rPr>
      <w:t>ESCUELA NAVAL ARTURO PRAT</w:t>
    </w:r>
  </w:p>
  <w:p w14:paraId="474A6D90" w14:textId="77777777" w:rsidR="004F48F8" w:rsidRPr="00E65234" w:rsidRDefault="004F48F8" w:rsidP="004F48F8">
    <w:pPr>
      <w:tabs>
        <w:tab w:val="center" w:pos="4680"/>
        <w:tab w:val="right" w:pos="9360"/>
      </w:tabs>
      <w:spacing w:after="0" w:line="240" w:lineRule="auto"/>
      <w:rPr>
        <w:rFonts w:cs="Arial"/>
        <w:b/>
        <w:bCs/>
        <w:sz w:val="20"/>
        <w:szCs w:val="20"/>
      </w:rPr>
    </w:pPr>
    <w:r w:rsidRPr="00E65234">
      <w:rPr>
        <w:rFonts w:cs="Arial"/>
        <w:b/>
        <w:bCs/>
        <w:sz w:val="20"/>
        <w:szCs w:val="20"/>
      </w:rPr>
      <w:t>CÁTEDRA DE CS SOCIALES</w:t>
    </w:r>
  </w:p>
  <w:p w14:paraId="7CF398EE" w14:textId="0D5A0B6D" w:rsidR="004F48F8" w:rsidRDefault="004F48F8" w:rsidP="004F48F8">
    <w:pPr>
      <w:pStyle w:val="Encabezado"/>
    </w:pPr>
    <w:r w:rsidRPr="00E65234">
      <w:rPr>
        <w:rFonts w:cs="Arial"/>
        <w:b/>
        <w:bCs/>
        <w:sz w:val="20"/>
        <w:szCs w:val="20"/>
      </w:rPr>
      <w:t>ANÁLISIS REALIDAD NAC E INT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38B7DA4"/>
    <w:multiLevelType w:val="hybridMultilevel"/>
    <w:tmpl w:val="DF3C94F0"/>
    <w:lvl w:ilvl="0" w:tplc="B840F8F2">
      <w:start w:val="1"/>
      <w:numFmt w:val="upperRoman"/>
      <w:lvlText w:val="%1."/>
      <w:lvlJc w:val="left"/>
      <w:pPr>
        <w:ind w:left="1080" w:hanging="720"/>
      </w:pPr>
      <w:rPr>
        <w:rFonts w:asciiTheme="majorHAnsi" w:hAnsiTheme="majorHAnsi" w:cstheme="majorBidi" w:hint="default"/>
        <w:sz w:val="2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7106490">
    <w:abstractNumId w:val="8"/>
  </w:num>
  <w:num w:numId="2" w16cid:durableId="628367152">
    <w:abstractNumId w:val="6"/>
  </w:num>
  <w:num w:numId="3" w16cid:durableId="1349137194">
    <w:abstractNumId w:val="5"/>
  </w:num>
  <w:num w:numId="4" w16cid:durableId="1382634925">
    <w:abstractNumId w:val="4"/>
  </w:num>
  <w:num w:numId="5" w16cid:durableId="506674973">
    <w:abstractNumId w:val="7"/>
  </w:num>
  <w:num w:numId="6" w16cid:durableId="1302342373">
    <w:abstractNumId w:val="3"/>
  </w:num>
  <w:num w:numId="7" w16cid:durableId="561796478">
    <w:abstractNumId w:val="2"/>
  </w:num>
  <w:num w:numId="8" w16cid:durableId="517085794">
    <w:abstractNumId w:val="1"/>
  </w:num>
  <w:num w:numId="9" w16cid:durableId="1191723603">
    <w:abstractNumId w:val="0"/>
  </w:num>
  <w:num w:numId="10" w16cid:durableId="7085349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336E2"/>
    <w:rsid w:val="0015074B"/>
    <w:rsid w:val="0029639D"/>
    <w:rsid w:val="00326F90"/>
    <w:rsid w:val="004A5A32"/>
    <w:rsid w:val="004F48F8"/>
    <w:rsid w:val="00587AB8"/>
    <w:rsid w:val="005C5130"/>
    <w:rsid w:val="005E4D35"/>
    <w:rsid w:val="006725ED"/>
    <w:rsid w:val="006A32EE"/>
    <w:rsid w:val="006C030D"/>
    <w:rsid w:val="006F79E5"/>
    <w:rsid w:val="00765E72"/>
    <w:rsid w:val="008A6B0C"/>
    <w:rsid w:val="00905F72"/>
    <w:rsid w:val="00A14E77"/>
    <w:rsid w:val="00A63E42"/>
    <w:rsid w:val="00AA1D8D"/>
    <w:rsid w:val="00B47730"/>
    <w:rsid w:val="00BF76E1"/>
    <w:rsid w:val="00CA2CC0"/>
    <w:rsid w:val="00CB0664"/>
    <w:rsid w:val="00CE3BF2"/>
    <w:rsid w:val="00D03C8E"/>
    <w:rsid w:val="00D05E5F"/>
    <w:rsid w:val="00D177AD"/>
    <w:rsid w:val="00E526B3"/>
    <w:rsid w:val="00F11CD9"/>
    <w:rsid w:val="00F660A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A5BEEF3E-2529-4721-80CC-81440EB2E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263</Words>
  <Characters>1648</Characters>
  <Application>Microsoft Office Word</Application>
  <DocSecurity>0</DocSecurity>
  <Lines>29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Blanca Ramírez Torrejon</cp:lastModifiedBy>
  <cp:revision>19</cp:revision>
  <dcterms:created xsi:type="dcterms:W3CDTF">2013-12-23T23:15:00Z</dcterms:created>
  <dcterms:modified xsi:type="dcterms:W3CDTF">2026-01-14T11:34:00Z</dcterms:modified>
  <cp:category/>
</cp:coreProperties>
</file>