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</w:rPr>
        <w:t>ARMADA DE CHILE</w:t>
      </w:r>
    </w:p>
    <w:p>
      <w:pPr>
        <w:jc w:val="center"/>
      </w:pPr>
      <w:r>
        <w:rPr>
          <w:b/>
        </w:rPr>
        <w:t>DIRECCIÓN GENERAL DEL PERSONAL</w:t>
      </w:r>
    </w:p>
    <w:p>
      <w:pPr>
        <w:jc w:val="center"/>
      </w:pPr>
      <w:r>
        <w:rPr>
          <w:b/>
        </w:rPr>
        <w:t>DEPARTAMENTO DE ADMISIÓN</w:t>
      </w:r>
    </w:p>
    <w:p/>
    <w:p>
      <w:pPr>
        <w:spacing w:after="240"/>
        <w:jc w:val="both"/>
      </w:pPr>
      <w:r>
        <w:t>Yo, _________________________________________________, cédula de identidad N° ______________________, con domicilio en: ________________________________________________________________, declaro y acepto efectuarme el test de embarazo.</w:t>
      </w:r>
    </w:p>
    <w:p>
      <w:pPr>
        <w:spacing w:after="360"/>
      </w:pPr>
    </w:p>
    <w:p>
      <w:pPr>
        <w:spacing w:after="240"/>
        <w:jc w:val="both"/>
      </w:pPr>
      <w:r>
        <w:t>Que, conforme al Reglamento N° 7-34/4 de Requisito psicofísico de Ingreso y Permanencia en la Armada, debo ser apta para aprobar las pruebas y exámenes de suficiencia física a que seré sometida durante el período de instrucción y que la condición de embarazada es incompatible con ellas.</w:t>
      </w:r>
    </w:p>
    <w:p>
      <w:pPr>
        <w:spacing w:after="360"/>
      </w:pPr>
    </w:p>
    <w:p>
      <w:pPr>
        <w:spacing w:after="240"/>
        <w:jc w:val="both"/>
      </w:pPr>
      <w:r>
        <w:t>Que, he sido informada sobre el propósito de este examen y entiendo el alcance del mismo.</w:t>
      </w:r>
    </w:p>
    <w:p>
      <w:pPr>
        <w:spacing w:after="360"/>
      </w:pPr>
    </w:p>
    <w:p>
      <w:pPr>
        <w:spacing w:after="240"/>
        <w:jc w:val="both"/>
      </w:pPr>
      <w:r>
        <w:t>Que, asimismo, fui informada de las medidas administrativas que se tomarán en el evento de resultar positivo el test de embarazo y que ellas tienen por objeto proteger mi salud y la del niño que está por nacer.</w:t>
      </w:r>
    </w:p>
    <w:p>
      <w:pPr>
        <w:spacing w:after="360"/>
      </w:pPr>
    </w:p>
    <w:p>
      <w:pPr>
        <w:spacing w:after="240"/>
        <w:jc w:val="both"/>
      </w:pPr>
      <w:r>
        <w:t>Que, he sido informada que puedo retirar el presente consentimiento en cualquier momento, antes que sea realizado el examen.</w:t>
      </w:r>
    </w:p>
    <w:p>
      <w:pPr>
        <w:spacing w:after="360"/>
      </w:pPr>
    </w:p>
    <w:p>
      <w:pPr>
        <w:spacing w:after="240"/>
        <w:jc w:val="both"/>
      </w:pPr>
      <w:r>
        <w:t>Lugar y fecha :</w:t>
      </w:r>
    </w:p>
    <w:p/>
    <w:p>
      <w:pPr>
        <w:jc w:val="right"/>
      </w:pPr>
      <w:r>
        <w:t>______________________________</w:t>
      </w:r>
    </w:p>
    <w:p>
      <w:pPr>
        <w:jc w:val="right"/>
      </w:pPr>
      <w:r>
        <w:rPr>
          <w:b/>
        </w:rPr>
        <w:t>FIRMA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