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Discurso de Graduación del Curso de Oficiales de los Servicios 2026</w:t>
      </w:r>
    </w:p>
    <w:p>
      <w:r>
        <w:t>«No existe honor más grande que dedicar la propia vida al servicio de Chile. Desde este día dejan de prepararse para servir y comienzan, definitivamente, a servir a la Patria. Ese privilegio distingue a quienes han decidido vestir el uniforme de la Armada de Chile y asumir, con convicción, el deber de liderar con el ejemplo.»</w:t>
      </w:r>
    </w:p>
    <w:p>
      <w:r>
        <w:t>Hoy, la Escuela Naval “Arturo Prat” se reviste de gala para celebrar la ceremonia de investidura del Curso de Oficiales de los Servicios, promoción 2026. Esta ceremonia constituye uno de los momentos más significativos de nuestra vida institucional, pues simboliza el cumplimiento de la misión fundamental de esta Escuela: formar hombres y mujeres íntegros, líderes y servidores públicos, preparados para ejercer el mando con profesionalismo, rectitud y vocación de servicio.</w:t>
      </w:r>
    </w:p>
    <w:p>
      <w:r>
        <w:t>Hoy despedimos a un grupo de abogados, médicos y cirujanos dentistas que el 27 de febrero de 2026 cruzaron estas puertas como destacados profesionales civiles. Lo hicieron con ilusión, incertidumbre y entusiasmo. Desde ese instante aceptaron el desafío de dejar atrás la comodidad de sus profesiones para abrazar una nueva forma de vida, regida por el Honor, la Disciplina y el amor a la Patria.</w:t>
      </w:r>
    </w:p>
    <w:p>
      <w:r>
        <w:t>Durante estos meses vivieron un proceso intenso de formación. Compartieron jornadas de instrucción militar, clases académicas, entrenamiento físico, ceremonias, guardias, embarcos, visitas profesionales y prácticas en distintas reparticiones. Cada actividad buscó fortalecer no solo sus conocimientos, sino también su carácter, su capacidad de liderazgo y el trabajo en equipo.</w:t>
      </w:r>
    </w:p>
    <w:p>
      <w:r>
        <w:t>En los embarcos conocieron la realidad del mar y comprendieron que detrás de cada operación existen hombres y mujeres que cumplen su deber con silenciosa dedicación. En sus prácticas profesionales constataron que el Oficial de los Servicios aporta capacidades técnicas indispensables para el éxito de la Institución, pero que dichas capacidades solo adquieren pleno sentido cuando están al servicio de la misión naval y del bienestar de las personas.</w:t>
      </w:r>
    </w:p>
    <w:p>
      <w:r>
        <w:t>También tuvieron la oportunidad de compartir con el Cuerpo de Cadetes y con oficiales y gente de mar que les transmitieron las tradiciones, costumbres y espíritu de la Armada. Descubrieron que vestir este uniforme significa integrarse a una institución con más de dos siglos de historia, construida sobre el sacrificio, la lealtad y el ejemplo de quienes nos antecedieron.</w:t>
      </w:r>
    </w:p>
    <w:p>
      <w:r>
        <w:t>Como los caballeros de antaño, hoy reciben su espada. Ella simboliza el mando, la responsabilidad y el honor. No representa un privilegio, sino un compromiso permanente con Chile y con quienes algún día estarán bajo su conducción.</w:t>
      </w:r>
    </w:p>
    <w:p>
      <w:r>
        <w:t>Dentro de algunos instantes prestarán juramento ante nuestro Pabellón Nacional. Ese juramento los acompañará durante toda su vida. Será el compromiso solemne de servir con fidelidad, de actuar siempre con integridad y de anteponer el bien de la Institución y de la Nación a cualquier interés personal.</w:t>
      </w:r>
    </w:p>
    <w:p>
      <w:r>
        <w:t>La Escuela Naval entrega hoy a la Armada de Chile un nuevo Curso de Oficiales de los Servicios. Los entrega con la confianza de que ejercerán su profesión con excelencia y, al mismo tiempo, sabrán liderar con humanidad, prudencia y fortaleza moral.</w:t>
      </w:r>
    </w:p>
    <w:p>
      <w:r>
        <w:t>Permítanme expresar un sincero reconocimiento a los instructores, profesores, oficiales, personal civil y familias que hicieron posible este proceso. Ninguna formación militar es fruto del esfuerzo individual; detrás de cada oficial existe una comunidad que educa, orienta y acompaña.</w:t>
      </w:r>
    </w:p>
    <w:p>
      <w:r>
        <w:t>¡Aspirantes!</w:t>
      </w:r>
    </w:p>
    <w:p>
      <w:r>
        <w:t>Desde hoy serán Oficiales de la Armada de Chile. Ese grado no solo les otorga autoridad; les exige ser ejemplo permanente. Lideren con humildad, escuchen antes de decidir, inspiren confianza y nunca olviden que el verdadero liderazgo se construye con el ejemplo diario.</w:t>
      </w:r>
    </w:p>
    <w:p>
      <w:r>
        <w:t>Que los principios rectores aprendidos en esta Escuela orienten siempre sus acciones: Honor para actuar con rectitud; Patriotismo para servir sin reservas; Lealtad para mantener la confianza; Disciplina para perseverar en el cumplimiento del deber; Integridad para hacer lo correcto aun cuando nadie los observe; Vocación de Servicio para poner siempre a las personas y a Chile en el centro de sus decisiones; y Excelencia Profesional para no dejar nunca de perfeccionarse.</w:t>
      </w:r>
    </w:p>
    <w:p>
      <w:r>
        <w:t>Encontrarán desafíos complejos y decisiones difíciles. En esos momentos recuerden el camino recorrido desde aquel 27 de febrero. Recuerden el esfuerzo realizado, a sus instructores, a sus familias y el compromiso que hoy asumen. Ellos serán la fuerza que les permitirá mantenerse firmes.</w:t>
      </w:r>
    </w:p>
    <w:p>
      <w:r>
        <w:t>La espada que hoy reciben deberá recordarles que jamás se transa el honor. El uniforme que hoy visten deberá recordarles que representan a toda una Institución. Y el juramento que prestarán deberá recordarles, todos los días de su vida, que Chile ha depositado en ustedes su confianza.</w:t>
      </w:r>
    </w:p>
    <w:p>
      <w:r>
        <w:t>Nuestro máximo héroe, Arturo Prat, nos legó con su ejemplo la convicción de que el deber se cumple sin vacilaciones. Esa herencia moral pertenece ahora también a ustedes.</w:t>
      </w:r>
    </w:p>
    <w:p>
      <w:r>
        <w:t>Queridos Oficiales de los Servicios: la Armada espera mucho de ustedes porque conoce su capacidad y porque confía en la formación que hoy culmina. Sean siempre dignos del uniforme que visten, honren la espada que portan y hagan del servicio a Chile el propósito permanente de sus vidas.</w:t>
      </w:r>
    </w:p>
    <w:p>
      <w:r>
        <w:t>Que Dios los acompañe en cada destino, fortalezca sus decisiones y proteja a sus familias. En nombre de la Escuela Naval “Arturo Prat”, les deseamos el mayor de los éxitos.</w:t>
        <w:br/>
        <w:br/>
        <w:t>Viento a un largo y buena mar.</w:t>
        <w:br/>
        <w:br/>
        <w:t>Muchas gracias.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