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DE1630" w14:textId="77777777" w:rsidR="0054656B" w:rsidRDefault="00000000">
      <w:pPr>
        <w:jc w:val="center"/>
      </w:pPr>
      <w:r>
        <w:rPr>
          <w:b/>
          <w:sz w:val="30"/>
        </w:rPr>
        <w:t>SOPA DE LETRAS: DERECHOS HUMANOS</w:t>
      </w:r>
    </w:p>
    <w:p w14:paraId="1005FC04" w14:textId="77777777" w:rsidR="0054656B" w:rsidRDefault="00000000">
      <w:pPr>
        <w:spacing w:after="80"/>
      </w:pPr>
      <w:r>
        <w:t>Nombre: __________________________________   Curso: __________   Fecha: __________</w:t>
      </w:r>
    </w:p>
    <w:p w14:paraId="50A1F15B" w14:textId="77777777" w:rsidR="0054656B" w:rsidRDefault="00000000">
      <w:pPr>
        <w:spacing w:after="120"/>
      </w:pPr>
      <w:r>
        <w:t xml:space="preserve">Instrucciones: encuentre los conceptos ocultos. Las palabras pueden aparecer en sentido horizontal, vertical o diagonal, y también de derecha </w:t>
      </w:r>
      <w:proofErr w:type="gramStart"/>
      <w:r>
        <w:t>a</w:t>
      </w:r>
      <w:proofErr w:type="gramEnd"/>
      <w:r>
        <w:t xml:space="preserve"> izquierda o de </w:t>
      </w:r>
      <w:proofErr w:type="spellStart"/>
      <w:r>
        <w:t>abajo</w:t>
      </w:r>
      <w:proofErr w:type="spellEnd"/>
      <w:r>
        <w:t xml:space="preserve"> </w:t>
      </w:r>
      <w:proofErr w:type="spellStart"/>
      <w:r>
        <w:t>hacia</w:t>
      </w:r>
      <w:proofErr w:type="spellEnd"/>
      <w:r>
        <w:t xml:space="preserve"> </w:t>
      </w:r>
      <w:proofErr w:type="spellStart"/>
      <w:r>
        <w:t>arriba</w:t>
      </w:r>
      <w:proofErr w:type="spellEnd"/>
      <w:r>
        <w:t>.</w:t>
      </w:r>
    </w:p>
    <w:p w14:paraId="00836350" w14:textId="77777777" w:rsidR="00E902BE" w:rsidRDefault="00E902BE">
      <w:pPr>
        <w:spacing w:after="120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</w:tblGrid>
      <w:tr w:rsidR="0054656B" w14:paraId="7B2C94DB" w14:textId="77777777" w:rsidTr="00E902BE">
        <w:trPr>
          <w:trHeight w:val="295"/>
          <w:jc w:val="center"/>
        </w:trPr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B509F8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G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4C6E1A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J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288A6E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G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534D2A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W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C42EBB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H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41B10C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31EF88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O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BEE388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H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2BE24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C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9479AA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P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0C2740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L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4AC0C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V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D370A9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C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95C45C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O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9AC368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X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473948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T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6D6A75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99C22E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X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BB109E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X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792FD4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J</w:t>
            </w:r>
          </w:p>
        </w:tc>
      </w:tr>
      <w:tr w:rsidR="0054656B" w14:paraId="0B7D6137" w14:textId="77777777" w:rsidTr="00E902BE">
        <w:trPr>
          <w:trHeight w:val="295"/>
          <w:jc w:val="center"/>
        </w:trPr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578DC7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Q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E7096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F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605C82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C9A18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V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46514B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U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A98C40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R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766392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E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D6963A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K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4E2622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E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19B1E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J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C9E22C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E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F69F3B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476DFB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Q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52FDF7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H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E5C704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Q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10DFEF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I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6BBAD9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J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EC0DAC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L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D5364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Y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8F5359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U</w:t>
            </w:r>
          </w:p>
        </w:tc>
      </w:tr>
      <w:tr w:rsidR="0054656B" w14:paraId="40B2458A" w14:textId="77777777" w:rsidTr="00E902BE">
        <w:trPr>
          <w:trHeight w:val="295"/>
          <w:jc w:val="center"/>
        </w:trPr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07336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Y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4BC7A5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36B48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M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B8394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79EC90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C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753F7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F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105B13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V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82AD23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W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38EB43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T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A6311F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X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B74C8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O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009258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F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FAFAA2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O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6DE954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9CF223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V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021283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R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8D17B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D37F14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BEF390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X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92B839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V</w:t>
            </w:r>
          </w:p>
        </w:tc>
      </w:tr>
      <w:tr w:rsidR="0054656B" w14:paraId="6E14652E" w14:textId="77777777" w:rsidTr="00E902BE">
        <w:trPr>
          <w:trHeight w:val="295"/>
          <w:jc w:val="center"/>
        </w:trPr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228904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V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EF15A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1F62AA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K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19054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U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EC2F63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E2C475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O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9767AB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C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70B035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H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24DE1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I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68BD24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F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2D156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G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9AC5B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I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9EF6C3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T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6D5A0E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R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247BF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B39083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M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BBD8C5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O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77B59E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W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7F1CC8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Y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7FE8D7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P</w:t>
            </w:r>
          </w:p>
        </w:tc>
      </w:tr>
      <w:tr w:rsidR="0054656B" w14:paraId="759A2E75" w14:textId="77777777" w:rsidTr="00E902BE">
        <w:trPr>
          <w:trHeight w:val="295"/>
          <w:jc w:val="center"/>
        </w:trPr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7A9730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O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06E17B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O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050BBE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U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A04C9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G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A82603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G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C7080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8C8EB9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N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4C2B4C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U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25BF27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C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230C04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O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90CEEC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T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5EE29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269C4F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I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474F0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B08315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N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A1A2E7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C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F375CC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FAF2F2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W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46EDAE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L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18F5CA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</w:tr>
      <w:tr w:rsidR="0054656B" w14:paraId="222DF95D" w14:textId="77777777" w:rsidTr="00E902BE">
        <w:trPr>
          <w:trHeight w:val="295"/>
          <w:jc w:val="center"/>
        </w:trPr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F523CF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L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6B85DA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I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FAEB3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G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1F647F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N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5F0DBE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O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9EEEF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U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4160E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I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2E5C99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A330A7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8E2CB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B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555AB7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O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860534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L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829D4A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L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D9146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N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F051EA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K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835514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Z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63964B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Q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896D4C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B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32E357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483535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F</w:t>
            </w:r>
          </w:p>
        </w:tc>
      </w:tr>
      <w:tr w:rsidR="0054656B" w14:paraId="71AAD069" w14:textId="77777777" w:rsidTr="00E902BE">
        <w:trPr>
          <w:trHeight w:val="295"/>
          <w:jc w:val="center"/>
        </w:trPr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C426B9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T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0E5B0C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C7E560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B7843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57305A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E6E3C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L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BC5513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R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18C4BF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L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409D32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T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DB376C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L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E9DCCF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I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C8E258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B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A00815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E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62FDB9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R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AC71DC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T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98BBA0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628D2B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CE6C43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I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1BFE50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E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F810D7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O</w:t>
            </w:r>
          </w:p>
        </w:tc>
      </w:tr>
      <w:tr w:rsidR="0054656B" w14:paraId="0F60648F" w14:textId="77777777" w:rsidTr="00E902BE">
        <w:trPr>
          <w:trHeight w:val="295"/>
          <w:jc w:val="center"/>
        </w:trPr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0A30D9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V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00D378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I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BD65E2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FA46E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I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7FB1EF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W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DA14BC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W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5A5454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T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61E0C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E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F9DA7C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3FA1D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I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315475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I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81D6AF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G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15CAAC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0CECD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E600F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B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BEF06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X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1A350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G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71268F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E124C5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H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4C9E44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F</w:t>
            </w:r>
          </w:p>
        </w:tc>
      </w:tr>
      <w:tr w:rsidR="0054656B" w14:paraId="613D9339" w14:textId="77777777" w:rsidTr="00E902BE">
        <w:trPr>
          <w:trHeight w:val="295"/>
          <w:jc w:val="center"/>
        </w:trPr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FE6ADB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P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565A8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I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DAE5F3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I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B46203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R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20D28C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C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3A2D4F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M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E9117C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507718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X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F5C4A3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P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8570D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G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47AB5A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T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853FBC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EAF74C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U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1DFCF2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Q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7D9DB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E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17579C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N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88BA03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Z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54E3BA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C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B119DB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F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39C4BF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</w:tr>
      <w:tr w:rsidR="0054656B" w14:paraId="4993F186" w14:textId="77777777" w:rsidTr="00E902BE">
        <w:trPr>
          <w:trHeight w:val="295"/>
          <w:jc w:val="center"/>
        </w:trPr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45E89F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V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F9D95B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14375F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O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9D2403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R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7B3B2B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E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999D5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O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34E4DA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W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3C2A0E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I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263107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H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33C07E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6C91CA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E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21E18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U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D4D3BA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CB5372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4D2430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I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72353A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R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70F293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E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16B8A8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O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B6FB45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H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D251AC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S</w:t>
            </w:r>
          </w:p>
        </w:tc>
      </w:tr>
      <w:tr w:rsidR="0054656B" w14:paraId="4AE874CE" w14:textId="77777777" w:rsidTr="00E902BE">
        <w:trPr>
          <w:trHeight w:val="295"/>
          <w:jc w:val="center"/>
        </w:trPr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A58ACE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O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CAD49C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N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4B1B00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577690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L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6C488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284C0C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V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FA47BE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N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9F26A0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G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99C9D4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Z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E08DAE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C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A80083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R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28733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L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D7E1DC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C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00A490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B61AE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L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31F92A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R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308869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N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EE214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M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7F6175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J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CA95FA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B</w:t>
            </w:r>
          </w:p>
        </w:tc>
      </w:tr>
      <w:tr w:rsidR="0054656B" w14:paraId="70042C28" w14:textId="77777777" w:rsidTr="00E902BE">
        <w:trPr>
          <w:trHeight w:val="295"/>
          <w:jc w:val="center"/>
        </w:trPr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D5ECA2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R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E3EEF8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H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53A46C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T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D76E5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M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B00445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E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A0CC05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V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BFA684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I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6419D4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E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3FA7D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F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17BEEC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I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04445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Q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BDB683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0F8653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A0E39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I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48C020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E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FF470B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554C68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6122B2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E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7CFC9A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F3760A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T</w:t>
            </w:r>
          </w:p>
        </w:tc>
      </w:tr>
      <w:tr w:rsidR="0054656B" w14:paraId="25B6563A" w14:textId="77777777" w:rsidTr="00E902BE">
        <w:trPr>
          <w:trHeight w:val="295"/>
          <w:jc w:val="center"/>
        </w:trPr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1EE228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L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D6FA77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536A4B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G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21888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7F6F3E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R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DB9350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N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AF2C37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B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40371C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N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8F1432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G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06B90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O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F41223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H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689A1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EC38E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C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4EBF05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02EDE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O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6D442F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DD7852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5DB2EF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L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A6702A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Z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29BFF7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S</w:t>
            </w:r>
          </w:p>
        </w:tc>
      </w:tr>
      <w:tr w:rsidR="0054656B" w14:paraId="7FA4C651" w14:textId="77777777" w:rsidTr="00E902BE">
        <w:trPr>
          <w:trHeight w:val="295"/>
          <w:jc w:val="center"/>
        </w:trPr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16AD5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Q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0493EA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R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AB190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X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ECE588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W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2E7C2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O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5CE324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O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82BE29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C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C5FBD2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C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5A615B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U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55D77E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N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38EB4A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H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A77304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V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F4211E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H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A74C5E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I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29B580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C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24B302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N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F446D0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T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4D99C5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10C5F4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R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86DBA2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Z</w:t>
            </w:r>
          </w:p>
        </w:tc>
      </w:tr>
      <w:tr w:rsidR="0054656B" w14:paraId="1E9A9088" w14:textId="77777777" w:rsidTr="00E902BE">
        <w:trPr>
          <w:trHeight w:val="295"/>
          <w:jc w:val="center"/>
        </w:trPr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590F87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M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B5A2DB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358C4B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B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53DFD4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X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BEA5E7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L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F593F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P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3FA6EB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N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F367D4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I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E2FD6A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G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20BDB3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E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1A4EFA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Q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548338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V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3AD03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538648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V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5354FF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O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F07022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0ABCB7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I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F695C4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F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DC5F83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49003A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</w:tr>
      <w:tr w:rsidR="0054656B" w14:paraId="1F9C33B2" w14:textId="77777777" w:rsidTr="00E902BE">
        <w:trPr>
          <w:trHeight w:val="295"/>
          <w:jc w:val="center"/>
        </w:trPr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A7749E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31A89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1E795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228EAB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C82490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2F9E7A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I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DF7307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J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4CC309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E314E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A59339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0DB91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836B58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L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B9F8B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G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868375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E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6DDB39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R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7FEAA0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N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5902EB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L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D1E8E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O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DFF513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E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C9C51F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B</w:t>
            </w:r>
          </w:p>
        </w:tc>
      </w:tr>
      <w:tr w:rsidR="0054656B" w14:paraId="2703748F" w14:textId="77777777" w:rsidTr="00E902BE">
        <w:trPr>
          <w:trHeight w:val="295"/>
          <w:jc w:val="center"/>
        </w:trPr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77E9B0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T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4CDD5B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W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D4AC6B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L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E78634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O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14252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V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E2F03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P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27132C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F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1775F8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159604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E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28F915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R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E88E78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E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AE6465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B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4E1F28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E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0DF84F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FB99B4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N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4498A3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H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A05DA4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K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35077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X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6B29A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M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28EC70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Y</w:t>
            </w:r>
          </w:p>
        </w:tc>
      </w:tr>
      <w:tr w:rsidR="0054656B" w14:paraId="06B5224C" w14:textId="77777777" w:rsidTr="00E902BE">
        <w:trPr>
          <w:trHeight w:val="295"/>
          <w:jc w:val="center"/>
        </w:trPr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9B4CC5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Q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DCEB99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4711BE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Y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80729A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E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B949D9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R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52E3C0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V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F7EF07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E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99B4D0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N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BA5E2B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I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BB397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P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994E24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Y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57C432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X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0E9B9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O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73B922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O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92401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K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B0A99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Y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67B2EC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X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47B4C5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EEA369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U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FFD5AE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S</w:t>
            </w:r>
          </w:p>
        </w:tc>
      </w:tr>
      <w:tr w:rsidR="0054656B" w14:paraId="1179A488" w14:textId="77777777" w:rsidTr="00E902BE">
        <w:trPr>
          <w:trHeight w:val="295"/>
          <w:jc w:val="center"/>
        </w:trPr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F165EB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P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DFDDEF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K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51F384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T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F7D2B0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N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5A8B9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J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A92D97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R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46D39F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E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31457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42C3BE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T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5C1DE0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G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F2E9A7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L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FA65E3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E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239479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W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03CC1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J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B93193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V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AF961C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P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1EBBD7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B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18F0C2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N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D93185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P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4D9C7F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T</w:t>
            </w:r>
          </w:p>
        </w:tc>
      </w:tr>
      <w:tr w:rsidR="0054656B" w14:paraId="15751497" w14:textId="77777777" w:rsidTr="00E902BE">
        <w:trPr>
          <w:trHeight w:val="295"/>
          <w:jc w:val="center"/>
        </w:trPr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A9BA92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X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67194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B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409E85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J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0E1EDF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K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C32095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V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C5F09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AB7918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R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5155F3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Y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5B2904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U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413AD9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P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7B59BF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E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2EAFBA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186D6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28FC87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6C9C2A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O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AFB7EB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C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2FA93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Q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7B333E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R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6994F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O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84671F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</w:tr>
    </w:tbl>
    <w:p w14:paraId="64119FA1" w14:textId="77777777" w:rsidR="00E902BE" w:rsidRDefault="00E902BE">
      <w:pPr>
        <w:spacing w:before="120" w:after="40"/>
        <w:rPr>
          <w:b/>
        </w:rPr>
      </w:pPr>
    </w:p>
    <w:p w14:paraId="2A24EDF5" w14:textId="77777777" w:rsidR="00E902BE" w:rsidRDefault="00E902BE">
      <w:pPr>
        <w:spacing w:before="120" w:after="40"/>
        <w:rPr>
          <w:b/>
        </w:rPr>
      </w:pPr>
    </w:p>
    <w:p w14:paraId="47A38FF0" w14:textId="1325BF34" w:rsidR="0054656B" w:rsidRDefault="00000000">
      <w:pPr>
        <w:spacing w:before="120" w:after="40"/>
      </w:pPr>
      <w:proofErr w:type="spellStart"/>
      <w:r>
        <w:rPr>
          <w:b/>
        </w:rPr>
        <w:t>Conceptos</w:t>
      </w:r>
      <w:proofErr w:type="spellEnd"/>
      <w:r>
        <w:rPr>
          <w:b/>
        </w:rPr>
        <w:t xml:space="preserve"> a </w:t>
      </w:r>
      <w:proofErr w:type="spellStart"/>
      <w:r>
        <w:rPr>
          <w:b/>
        </w:rPr>
        <w:t>buscar</w:t>
      </w:r>
      <w:proofErr w:type="spellEnd"/>
      <w:r>
        <w:rPr>
          <w:b/>
        </w:rPr>
        <w:t>: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627"/>
        <w:gridCol w:w="3627"/>
        <w:gridCol w:w="3627"/>
      </w:tblGrid>
      <w:tr w:rsidR="0054656B" w14:paraId="35EFA5C4" w14:textId="77777777">
        <w:trPr>
          <w:jc w:val="center"/>
        </w:trPr>
        <w:tc>
          <w:tcPr>
            <w:tcW w:w="3627" w:type="dxa"/>
          </w:tcPr>
          <w:p w14:paraId="68D5D508" w14:textId="77777777" w:rsidR="0054656B" w:rsidRDefault="00000000">
            <w:r>
              <w:rPr>
                <w:sz w:val="18"/>
              </w:rPr>
              <w:t>• DERECHO</w:t>
            </w:r>
          </w:p>
        </w:tc>
        <w:tc>
          <w:tcPr>
            <w:tcW w:w="3627" w:type="dxa"/>
          </w:tcPr>
          <w:p w14:paraId="6E5A94DB" w14:textId="77777777" w:rsidR="0054656B" w:rsidRDefault="00000000">
            <w:r>
              <w:rPr>
                <w:sz w:val="18"/>
              </w:rPr>
              <w:t>• LIBERTAD</w:t>
            </w:r>
          </w:p>
        </w:tc>
        <w:tc>
          <w:tcPr>
            <w:tcW w:w="3627" w:type="dxa"/>
          </w:tcPr>
          <w:p w14:paraId="240D868D" w14:textId="77777777" w:rsidR="0054656B" w:rsidRDefault="00000000">
            <w:r>
              <w:rPr>
                <w:sz w:val="18"/>
              </w:rPr>
              <w:t>• IGUALDAD</w:t>
            </w:r>
          </w:p>
        </w:tc>
      </w:tr>
      <w:tr w:rsidR="0054656B" w14:paraId="1C5DC087" w14:textId="77777777">
        <w:trPr>
          <w:jc w:val="center"/>
        </w:trPr>
        <w:tc>
          <w:tcPr>
            <w:tcW w:w="3627" w:type="dxa"/>
          </w:tcPr>
          <w:p w14:paraId="45B7222D" w14:textId="77777777" w:rsidR="0054656B" w:rsidRDefault="00000000">
            <w:r>
              <w:rPr>
                <w:sz w:val="18"/>
              </w:rPr>
              <w:t>• DEBERES</w:t>
            </w:r>
          </w:p>
        </w:tc>
        <w:tc>
          <w:tcPr>
            <w:tcW w:w="3627" w:type="dxa"/>
          </w:tcPr>
          <w:p w14:paraId="1DA6E740" w14:textId="77777777" w:rsidR="0054656B" w:rsidRDefault="00000000">
            <w:r>
              <w:rPr>
                <w:sz w:val="18"/>
              </w:rPr>
              <w:t>• OBLIGACIONES</w:t>
            </w:r>
          </w:p>
        </w:tc>
        <w:tc>
          <w:tcPr>
            <w:tcW w:w="3627" w:type="dxa"/>
          </w:tcPr>
          <w:p w14:paraId="27023FFE" w14:textId="77777777" w:rsidR="0054656B" w:rsidRDefault="00000000">
            <w:r>
              <w:rPr>
                <w:sz w:val="18"/>
              </w:rPr>
              <w:t>• REPARACION</w:t>
            </w:r>
          </w:p>
        </w:tc>
      </w:tr>
      <w:tr w:rsidR="0054656B" w14:paraId="17021863" w14:textId="77777777">
        <w:trPr>
          <w:jc w:val="center"/>
        </w:trPr>
        <w:tc>
          <w:tcPr>
            <w:tcW w:w="3627" w:type="dxa"/>
          </w:tcPr>
          <w:p w14:paraId="53AFB8EF" w14:textId="77777777" w:rsidR="0054656B" w:rsidRDefault="00000000">
            <w:r>
              <w:rPr>
                <w:sz w:val="18"/>
              </w:rPr>
              <w:t>• LEGALIDAD</w:t>
            </w:r>
          </w:p>
        </w:tc>
        <w:tc>
          <w:tcPr>
            <w:tcW w:w="3627" w:type="dxa"/>
          </w:tcPr>
          <w:p w14:paraId="17568404" w14:textId="77777777" w:rsidR="0054656B" w:rsidRDefault="00000000">
            <w:r>
              <w:rPr>
                <w:sz w:val="18"/>
              </w:rPr>
              <w:t>• REGLAS</w:t>
            </w:r>
          </w:p>
        </w:tc>
        <w:tc>
          <w:tcPr>
            <w:tcW w:w="3627" w:type="dxa"/>
          </w:tcPr>
          <w:p w14:paraId="6D134319" w14:textId="77777777" w:rsidR="0054656B" w:rsidRDefault="00000000">
            <w:r>
              <w:rPr>
                <w:sz w:val="18"/>
              </w:rPr>
              <w:t>• NORMAS</w:t>
            </w:r>
          </w:p>
        </w:tc>
      </w:tr>
      <w:tr w:rsidR="0054656B" w14:paraId="4283BDD5" w14:textId="77777777">
        <w:trPr>
          <w:jc w:val="center"/>
        </w:trPr>
        <w:tc>
          <w:tcPr>
            <w:tcW w:w="3627" w:type="dxa"/>
          </w:tcPr>
          <w:p w14:paraId="466E3CA5" w14:textId="77777777" w:rsidR="0054656B" w:rsidRDefault="00000000">
            <w:r>
              <w:rPr>
                <w:sz w:val="18"/>
              </w:rPr>
              <w:t>• CONSTITUCION</w:t>
            </w:r>
          </w:p>
        </w:tc>
        <w:tc>
          <w:tcPr>
            <w:tcW w:w="3627" w:type="dxa"/>
          </w:tcPr>
          <w:p w14:paraId="0E196601" w14:textId="77777777" w:rsidR="0054656B" w:rsidRDefault="00000000">
            <w:r>
              <w:rPr>
                <w:sz w:val="18"/>
              </w:rPr>
              <w:t>• CUALIDADES</w:t>
            </w:r>
          </w:p>
        </w:tc>
        <w:tc>
          <w:tcPr>
            <w:tcW w:w="3627" w:type="dxa"/>
          </w:tcPr>
          <w:p w14:paraId="7F6AE297" w14:textId="77777777" w:rsidR="0054656B" w:rsidRDefault="00000000">
            <w:r>
              <w:rPr>
                <w:sz w:val="18"/>
              </w:rPr>
              <w:t>• EXIGENCIAS</w:t>
            </w:r>
          </w:p>
        </w:tc>
      </w:tr>
      <w:tr w:rsidR="0054656B" w14:paraId="34C22F99" w14:textId="77777777">
        <w:trPr>
          <w:jc w:val="center"/>
        </w:trPr>
        <w:tc>
          <w:tcPr>
            <w:tcW w:w="3627" w:type="dxa"/>
          </w:tcPr>
          <w:p w14:paraId="53165B56" w14:textId="77777777" w:rsidR="0054656B" w:rsidRDefault="00000000">
            <w:r>
              <w:rPr>
                <w:sz w:val="18"/>
              </w:rPr>
              <w:t>• ETICA</w:t>
            </w:r>
          </w:p>
        </w:tc>
        <w:tc>
          <w:tcPr>
            <w:tcW w:w="3627" w:type="dxa"/>
          </w:tcPr>
          <w:p w14:paraId="1BBACC9C" w14:textId="77777777" w:rsidR="0054656B" w:rsidRDefault="00000000">
            <w:r>
              <w:rPr>
                <w:sz w:val="18"/>
              </w:rPr>
              <w:t>• VALORES</w:t>
            </w:r>
          </w:p>
        </w:tc>
        <w:tc>
          <w:tcPr>
            <w:tcW w:w="3627" w:type="dxa"/>
          </w:tcPr>
          <w:p w14:paraId="68483265" w14:textId="77777777" w:rsidR="0054656B" w:rsidRDefault="00000000">
            <w:r>
              <w:rPr>
                <w:sz w:val="18"/>
              </w:rPr>
              <w:t>• DIGNIDAD</w:t>
            </w:r>
          </w:p>
        </w:tc>
      </w:tr>
      <w:tr w:rsidR="0054656B" w14:paraId="475C4761" w14:textId="77777777">
        <w:trPr>
          <w:jc w:val="center"/>
        </w:trPr>
        <w:tc>
          <w:tcPr>
            <w:tcW w:w="3627" w:type="dxa"/>
          </w:tcPr>
          <w:p w14:paraId="18A8D16F" w14:textId="77777777" w:rsidR="0054656B" w:rsidRDefault="00000000">
            <w:r>
              <w:rPr>
                <w:sz w:val="18"/>
              </w:rPr>
              <w:t>• UNIVERSAL</w:t>
            </w:r>
          </w:p>
        </w:tc>
        <w:tc>
          <w:tcPr>
            <w:tcW w:w="3627" w:type="dxa"/>
          </w:tcPr>
          <w:p w14:paraId="1F77426D" w14:textId="77777777" w:rsidR="0054656B" w:rsidRDefault="00000000">
            <w:r>
              <w:rPr>
                <w:sz w:val="18"/>
              </w:rPr>
              <w:t>• DELITO</w:t>
            </w:r>
          </w:p>
        </w:tc>
        <w:tc>
          <w:tcPr>
            <w:tcW w:w="3627" w:type="dxa"/>
          </w:tcPr>
          <w:p w14:paraId="3D3C24CB" w14:textId="77777777" w:rsidR="0054656B" w:rsidRDefault="00000000">
            <w:r>
              <w:rPr>
                <w:sz w:val="18"/>
              </w:rPr>
              <w:t>• GENOCIDIO</w:t>
            </w:r>
          </w:p>
        </w:tc>
      </w:tr>
      <w:tr w:rsidR="0054656B" w14:paraId="4DD85D7E" w14:textId="77777777">
        <w:trPr>
          <w:jc w:val="center"/>
        </w:trPr>
        <w:tc>
          <w:tcPr>
            <w:tcW w:w="3627" w:type="dxa"/>
          </w:tcPr>
          <w:p w14:paraId="3A2B2097" w14:textId="77777777" w:rsidR="0054656B" w:rsidRDefault="00000000">
            <w:r>
              <w:rPr>
                <w:sz w:val="18"/>
              </w:rPr>
              <w:t>• VIOLENCIA</w:t>
            </w:r>
          </w:p>
        </w:tc>
        <w:tc>
          <w:tcPr>
            <w:tcW w:w="3627" w:type="dxa"/>
          </w:tcPr>
          <w:p w14:paraId="238E1E38" w14:textId="77777777" w:rsidR="0054656B" w:rsidRDefault="0054656B"/>
        </w:tc>
        <w:tc>
          <w:tcPr>
            <w:tcW w:w="3627" w:type="dxa"/>
          </w:tcPr>
          <w:p w14:paraId="1E2A0A43" w14:textId="77777777" w:rsidR="0054656B" w:rsidRDefault="0054656B"/>
        </w:tc>
      </w:tr>
    </w:tbl>
    <w:p w14:paraId="00878A9C" w14:textId="77777777" w:rsidR="0054656B" w:rsidRDefault="00000000">
      <w:r>
        <w:br w:type="page"/>
      </w:r>
    </w:p>
    <w:p w14:paraId="6ADD425C" w14:textId="77777777" w:rsidR="0054656B" w:rsidRDefault="00000000">
      <w:pPr>
        <w:jc w:val="center"/>
      </w:pPr>
      <w:r>
        <w:rPr>
          <w:b/>
          <w:sz w:val="30"/>
        </w:rPr>
        <w:lastRenderedPageBreak/>
        <w:t>PAUTA DE RESPUESTAS</w:t>
      </w:r>
    </w:p>
    <w:p w14:paraId="4547AC66" w14:textId="77777777" w:rsidR="0054656B" w:rsidRDefault="00000000">
      <w:pPr>
        <w:spacing w:after="120"/>
        <w:jc w:val="center"/>
      </w:pPr>
      <w:r>
        <w:t>Las respuestas están marcadas directamente en la misma cuadrícula. Cada color identifica un concepto.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</w:tblGrid>
      <w:tr w:rsidR="0054656B" w14:paraId="2BAB823D" w14:textId="77777777">
        <w:trPr>
          <w:trHeight w:val="295"/>
          <w:jc w:val="center"/>
        </w:trPr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AD9680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G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739759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J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820BEC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G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10275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W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C2F154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H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B0F57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C68B4F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O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DB39C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H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456117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C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AA6D3F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P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2DE513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L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B9E5EA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V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B61DF3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C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A7A1E2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O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FA3432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X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B11484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T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6CE83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146A47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X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3E14C2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X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AF570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J</w:t>
            </w:r>
          </w:p>
        </w:tc>
      </w:tr>
      <w:tr w:rsidR="0054656B" w14:paraId="4AC4F5B5" w14:textId="77777777">
        <w:trPr>
          <w:trHeight w:val="295"/>
          <w:jc w:val="center"/>
        </w:trPr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B022F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Q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396E04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F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3E49AC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9D2A7F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V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7409E7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U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ACAC7F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R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626C37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E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DE38FF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K</w:t>
            </w:r>
          </w:p>
        </w:tc>
        <w:tc>
          <w:tcPr>
            <w:tcW w:w="295" w:type="dxa"/>
            <w:shd w:val="clear" w:color="auto" w:fill="F9CB9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3D5F42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E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7C51E7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J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5EC61C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E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E30D0C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7835F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Q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BC0055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H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65730C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Q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FBA012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I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38D789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J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B18C7E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L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67A2EC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Y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E2402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U</w:t>
            </w:r>
          </w:p>
        </w:tc>
      </w:tr>
      <w:tr w:rsidR="0054656B" w14:paraId="6D630BA5" w14:textId="77777777">
        <w:trPr>
          <w:trHeight w:val="295"/>
          <w:jc w:val="center"/>
        </w:trPr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130829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Y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2CB37B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EE646E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M</w:t>
            </w:r>
          </w:p>
        </w:tc>
        <w:tc>
          <w:tcPr>
            <w:tcW w:w="295" w:type="dxa"/>
            <w:shd w:val="clear" w:color="auto" w:fill="D0E0E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8FA0BC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shd w:val="clear" w:color="auto" w:fill="A4C2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161ECB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C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A82B0F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F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88CC13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V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099E69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W</w:t>
            </w:r>
          </w:p>
        </w:tc>
        <w:tc>
          <w:tcPr>
            <w:tcW w:w="295" w:type="dxa"/>
            <w:shd w:val="clear" w:color="auto" w:fill="F9CB9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0F141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T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836630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X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F42E7B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O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A80604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F</w:t>
            </w:r>
          </w:p>
        </w:tc>
        <w:tc>
          <w:tcPr>
            <w:tcW w:w="295" w:type="dxa"/>
            <w:shd w:val="clear" w:color="auto" w:fill="6FA8D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FB9F6C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O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1FAF2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8F387E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V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7724FF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R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D321B5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C0D2C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62F4B5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X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52AA7B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V</w:t>
            </w:r>
          </w:p>
        </w:tc>
      </w:tr>
      <w:tr w:rsidR="0054656B" w14:paraId="7F31748F" w14:textId="77777777">
        <w:trPr>
          <w:trHeight w:val="295"/>
          <w:jc w:val="center"/>
        </w:trPr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C2A66A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V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76F285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42B320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K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DED88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U</w:t>
            </w:r>
          </w:p>
        </w:tc>
        <w:tc>
          <w:tcPr>
            <w:tcW w:w="295" w:type="dxa"/>
            <w:shd w:val="clear" w:color="auto" w:fill="D0E0E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2556EF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295" w:type="dxa"/>
            <w:shd w:val="clear" w:color="auto" w:fill="A4C2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84E8E3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O</w:t>
            </w:r>
          </w:p>
        </w:tc>
        <w:tc>
          <w:tcPr>
            <w:tcW w:w="295" w:type="dxa"/>
            <w:shd w:val="clear" w:color="auto" w:fill="FFE59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E7330B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C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9DFA0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H</w:t>
            </w:r>
          </w:p>
        </w:tc>
        <w:tc>
          <w:tcPr>
            <w:tcW w:w="295" w:type="dxa"/>
            <w:shd w:val="clear" w:color="auto" w:fill="F9CB9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8D878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I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952D97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F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02FB42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G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6DE12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I</w:t>
            </w:r>
          </w:p>
        </w:tc>
        <w:tc>
          <w:tcPr>
            <w:tcW w:w="295" w:type="dxa"/>
            <w:shd w:val="clear" w:color="auto" w:fill="6FA8D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6273C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T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004307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R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18440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F77EC3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M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C6E91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O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E8E08F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W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FBB98B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Y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0A0368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P</w:t>
            </w:r>
          </w:p>
        </w:tc>
      </w:tr>
      <w:tr w:rsidR="0054656B" w14:paraId="02ACDA02" w14:textId="77777777">
        <w:trPr>
          <w:trHeight w:val="295"/>
          <w:jc w:val="center"/>
        </w:trPr>
        <w:tc>
          <w:tcPr>
            <w:tcW w:w="295" w:type="dxa"/>
            <w:shd w:val="clear" w:color="auto" w:fill="FFD9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51929A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O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71F323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O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8973B5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U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28D979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G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2BADF5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G</w:t>
            </w:r>
          </w:p>
        </w:tc>
        <w:tc>
          <w:tcPr>
            <w:tcW w:w="295" w:type="dxa"/>
            <w:shd w:val="clear" w:color="auto" w:fill="D0E0E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BD4FEB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shd w:val="clear" w:color="auto" w:fill="A4C2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AFC1E2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N</w:t>
            </w:r>
          </w:p>
        </w:tc>
        <w:tc>
          <w:tcPr>
            <w:tcW w:w="295" w:type="dxa"/>
            <w:shd w:val="clear" w:color="auto" w:fill="FFE59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AE014C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U</w:t>
            </w:r>
          </w:p>
        </w:tc>
        <w:tc>
          <w:tcPr>
            <w:tcW w:w="295" w:type="dxa"/>
            <w:shd w:val="clear" w:color="auto" w:fill="F9CB9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74A6BC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C</w:t>
            </w:r>
          </w:p>
        </w:tc>
        <w:tc>
          <w:tcPr>
            <w:tcW w:w="295" w:type="dxa"/>
            <w:shd w:val="clear" w:color="auto" w:fill="D9D2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2D6A3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O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518E3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T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CA791A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shd w:val="clear" w:color="auto" w:fill="6FA8D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94A41A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I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684220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BDA6CF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N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B51D3B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C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2F2597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C204C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W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3ED204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L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0B970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</w:tr>
      <w:tr w:rsidR="0054656B" w14:paraId="7DBA3049" w14:textId="77777777">
        <w:trPr>
          <w:trHeight w:val="295"/>
          <w:jc w:val="center"/>
        </w:trPr>
        <w:tc>
          <w:tcPr>
            <w:tcW w:w="295" w:type="dxa"/>
            <w:shd w:val="clear" w:color="auto" w:fill="93C47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342DA2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L</w:t>
            </w:r>
          </w:p>
        </w:tc>
        <w:tc>
          <w:tcPr>
            <w:tcW w:w="295" w:type="dxa"/>
            <w:shd w:val="clear" w:color="auto" w:fill="FFD9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C76E74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I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E53760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G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8A328B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N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C1E214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O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0ADC19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U</w:t>
            </w:r>
          </w:p>
        </w:tc>
        <w:tc>
          <w:tcPr>
            <w:tcW w:w="295" w:type="dxa"/>
            <w:shd w:val="clear" w:color="auto" w:fill="D0E0E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AAAC30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I</w:t>
            </w:r>
          </w:p>
        </w:tc>
        <w:tc>
          <w:tcPr>
            <w:tcW w:w="295" w:type="dxa"/>
            <w:shd w:val="clear" w:color="auto" w:fill="A4C2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9C5FB7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295" w:type="dxa"/>
            <w:shd w:val="clear" w:color="auto" w:fill="FFE59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10C4BF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295" w:type="dxa"/>
            <w:shd w:val="clear" w:color="auto" w:fill="D9D2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58C859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B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0AECEC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O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301DD5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L</w:t>
            </w:r>
          </w:p>
        </w:tc>
        <w:tc>
          <w:tcPr>
            <w:tcW w:w="295" w:type="dxa"/>
            <w:shd w:val="clear" w:color="auto" w:fill="6FA8D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F5573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L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1F7C7E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N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F7F1B9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K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011B19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Z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79869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Q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2C4584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B</w:t>
            </w:r>
          </w:p>
        </w:tc>
        <w:tc>
          <w:tcPr>
            <w:tcW w:w="295" w:type="dxa"/>
            <w:shd w:val="clear" w:color="auto" w:fill="D5A6B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738E73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2CC625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F</w:t>
            </w:r>
          </w:p>
        </w:tc>
      </w:tr>
      <w:tr w:rsidR="0054656B" w14:paraId="0802D746" w14:textId="77777777">
        <w:trPr>
          <w:trHeight w:val="295"/>
          <w:jc w:val="center"/>
        </w:trPr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DB5F39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T</w:t>
            </w:r>
          </w:p>
        </w:tc>
        <w:tc>
          <w:tcPr>
            <w:tcW w:w="295" w:type="dxa"/>
            <w:shd w:val="clear" w:color="auto" w:fill="93C47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E0ED89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295" w:type="dxa"/>
            <w:shd w:val="clear" w:color="auto" w:fill="FFD9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05AD42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D4ACFE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FD7B5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70B39B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L</w:t>
            </w:r>
          </w:p>
        </w:tc>
        <w:tc>
          <w:tcPr>
            <w:tcW w:w="295" w:type="dxa"/>
            <w:shd w:val="clear" w:color="auto" w:fill="FCE5C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A731B4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R</w:t>
            </w:r>
          </w:p>
        </w:tc>
        <w:tc>
          <w:tcPr>
            <w:tcW w:w="295" w:type="dxa"/>
            <w:shd w:val="clear" w:color="auto" w:fill="D0E0E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2A8B8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L</w:t>
            </w:r>
          </w:p>
        </w:tc>
        <w:tc>
          <w:tcPr>
            <w:tcW w:w="295" w:type="dxa"/>
            <w:shd w:val="clear" w:color="auto" w:fill="A4C2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386CCC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T</w:t>
            </w:r>
          </w:p>
        </w:tc>
        <w:tc>
          <w:tcPr>
            <w:tcW w:w="295" w:type="dxa"/>
            <w:shd w:val="clear" w:color="auto" w:fill="D9EAD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B2C06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L</w:t>
            </w:r>
          </w:p>
        </w:tc>
        <w:tc>
          <w:tcPr>
            <w:tcW w:w="295" w:type="dxa"/>
            <w:shd w:val="clear" w:color="auto" w:fill="D9EAD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8AFCCB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I</w:t>
            </w:r>
          </w:p>
        </w:tc>
        <w:tc>
          <w:tcPr>
            <w:tcW w:w="295" w:type="dxa"/>
            <w:shd w:val="clear" w:color="auto" w:fill="D9EAD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10AA07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B</w:t>
            </w:r>
          </w:p>
        </w:tc>
        <w:tc>
          <w:tcPr>
            <w:tcW w:w="295" w:type="dxa"/>
            <w:shd w:val="clear" w:color="auto" w:fill="D9EAD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577D73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E</w:t>
            </w:r>
          </w:p>
        </w:tc>
        <w:tc>
          <w:tcPr>
            <w:tcW w:w="295" w:type="dxa"/>
            <w:shd w:val="clear" w:color="auto" w:fill="D9EAD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74736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R</w:t>
            </w:r>
          </w:p>
        </w:tc>
        <w:tc>
          <w:tcPr>
            <w:tcW w:w="295" w:type="dxa"/>
            <w:shd w:val="clear" w:color="auto" w:fill="D9EAD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7B1877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T</w:t>
            </w:r>
          </w:p>
        </w:tc>
        <w:tc>
          <w:tcPr>
            <w:tcW w:w="295" w:type="dxa"/>
            <w:shd w:val="clear" w:color="auto" w:fill="D9EAD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669155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295" w:type="dxa"/>
            <w:shd w:val="clear" w:color="auto" w:fill="D9EAD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E22658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shd w:val="clear" w:color="auto" w:fill="D5A6B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E5EE37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I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F06B34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E</w:t>
            </w:r>
          </w:p>
        </w:tc>
        <w:tc>
          <w:tcPr>
            <w:tcW w:w="295" w:type="dxa"/>
            <w:shd w:val="clear" w:color="auto" w:fill="F4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4D7EB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O</w:t>
            </w:r>
          </w:p>
        </w:tc>
      </w:tr>
      <w:tr w:rsidR="0054656B" w14:paraId="18F5CC66" w14:textId="77777777">
        <w:trPr>
          <w:trHeight w:val="295"/>
          <w:jc w:val="center"/>
        </w:trPr>
        <w:tc>
          <w:tcPr>
            <w:tcW w:w="295" w:type="dxa"/>
            <w:shd w:val="clear" w:color="auto" w:fill="C27BA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095305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V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C2E8AB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I</w:t>
            </w:r>
          </w:p>
        </w:tc>
        <w:tc>
          <w:tcPr>
            <w:tcW w:w="295" w:type="dxa"/>
            <w:shd w:val="clear" w:color="auto" w:fill="93C47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64B9B8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295" w:type="dxa"/>
            <w:shd w:val="clear" w:color="auto" w:fill="FFD9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359A43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I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6BF50C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W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A4BF2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W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46F7D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T</w:t>
            </w:r>
          </w:p>
        </w:tc>
        <w:tc>
          <w:tcPr>
            <w:tcW w:w="295" w:type="dxa"/>
            <w:shd w:val="clear" w:color="auto" w:fill="FCE5C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9DD7EF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E</w:t>
            </w:r>
          </w:p>
        </w:tc>
        <w:tc>
          <w:tcPr>
            <w:tcW w:w="295" w:type="dxa"/>
            <w:shd w:val="clear" w:color="auto" w:fill="D0E0E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71987B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295" w:type="dxa"/>
            <w:shd w:val="clear" w:color="auto" w:fill="D9D2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F38A69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I</w:t>
            </w:r>
          </w:p>
        </w:tc>
        <w:tc>
          <w:tcPr>
            <w:tcW w:w="295" w:type="dxa"/>
            <w:shd w:val="clear" w:color="auto" w:fill="FFE59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11D547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I</w:t>
            </w:r>
          </w:p>
        </w:tc>
        <w:tc>
          <w:tcPr>
            <w:tcW w:w="295" w:type="dxa"/>
            <w:shd w:val="clear" w:color="auto" w:fill="CFE2F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2FFDA8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G</w:t>
            </w:r>
          </w:p>
        </w:tc>
        <w:tc>
          <w:tcPr>
            <w:tcW w:w="295" w:type="dxa"/>
            <w:shd w:val="clear" w:color="auto" w:fill="6FA8D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22C90E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8812A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41429A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B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A4D9E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X</w:t>
            </w:r>
          </w:p>
        </w:tc>
        <w:tc>
          <w:tcPr>
            <w:tcW w:w="295" w:type="dxa"/>
            <w:shd w:val="clear" w:color="auto" w:fill="D5A6B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49139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G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8268EC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295" w:type="dxa"/>
            <w:shd w:val="clear" w:color="auto" w:fill="F4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FFD503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H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9BC588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F</w:t>
            </w:r>
          </w:p>
        </w:tc>
      </w:tr>
      <w:tr w:rsidR="0054656B" w14:paraId="391BE33E" w14:textId="77777777">
        <w:trPr>
          <w:trHeight w:val="295"/>
          <w:jc w:val="center"/>
        </w:trPr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AF1E4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P</w:t>
            </w:r>
          </w:p>
        </w:tc>
        <w:tc>
          <w:tcPr>
            <w:tcW w:w="295" w:type="dxa"/>
            <w:shd w:val="clear" w:color="auto" w:fill="C27BA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2A411E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I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11113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I</w:t>
            </w:r>
          </w:p>
        </w:tc>
        <w:tc>
          <w:tcPr>
            <w:tcW w:w="295" w:type="dxa"/>
            <w:shd w:val="clear" w:color="auto" w:fill="93C47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CF15E0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R</w:t>
            </w:r>
          </w:p>
        </w:tc>
        <w:tc>
          <w:tcPr>
            <w:tcW w:w="295" w:type="dxa"/>
            <w:shd w:val="clear" w:color="auto" w:fill="FFD9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86D524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C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ABAAB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M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C0D06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295" w:type="dxa"/>
            <w:shd w:val="clear" w:color="auto" w:fill="B4A7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08A3F0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X</w:t>
            </w:r>
          </w:p>
        </w:tc>
        <w:tc>
          <w:tcPr>
            <w:tcW w:w="295" w:type="dxa"/>
            <w:shd w:val="clear" w:color="auto" w:fill="FCE5C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860CD2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P</w:t>
            </w:r>
          </w:p>
        </w:tc>
        <w:tc>
          <w:tcPr>
            <w:tcW w:w="295" w:type="dxa"/>
            <w:shd w:val="clear" w:color="auto" w:fill="D9D2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A6BDEF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G</w:t>
            </w:r>
          </w:p>
        </w:tc>
        <w:tc>
          <w:tcPr>
            <w:tcW w:w="295" w:type="dxa"/>
            <w:shd w:val="clear" w:color="auto" w:fill="A4C2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D17E5F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T</w:t>
            </w:r>
          </w:p>
        </w:tc>
        <w:tc>
          <w:tcPr>
            <w:tcW w:w="295" w:type="dxa"/>
            <w:shd w:val="clear" w:color="auto" w:fill="FFE59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E9E8C9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shd w:val="clear" w:color="auto" w:fill="CFE2F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9464E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U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EFAB63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Q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8EDB05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E</w:t>
            </w:r>
          </w:p>
        </w:tc>
        <w:tc>
          <w:tcPr>
            <w:tcW w:w="295" w:type="dxa"/>
            <w:shd w:val="clear" w:color="auto" w:fill="D5A6B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751193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N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302E88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Z</w:t>
            </w:r>
          </w:p>
        </w:tc>
        <w:tc>
          <w:tcPr>
            <w:tcW w:w="295" w:type="dxa"/>
            <w:shd w:val="clear" w:color="auto" w:fill="F4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761A75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C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E1C88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F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D5DA13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</w:tr>
      <w:tr w:rsidR="0054656B" w14:paraId="2302BAF6" w14:textId="77777777">
        <w:trPr>
          <w:trHeight w:val="295"/>
          <w:jc w:val="center"/>
        </w:trPr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E9A147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V</w:t>
            </w:r>
          </w:p>
        </w:tc>
        <w:tc>
          <w:tcPr>
            <w:tcW w:w="295" w:type="dxa"/>
            <w:shd w:val="clear" w:color="auto" w:fill="B6D7A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DD263E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295" w:type="dxa"/>
            <w:shd w:val="clear" w:color="auto" w:fill="C27BA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10DF54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O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548C4E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R</w:t>
            </w:r>
          </w:p>
        </w:tc>
        <w:tc>
          <w:tcPr>
            <w:tcW w:w="295" w:type="dxa"/>
            <w:shd w:val="clear" w:color="auto" w:fill="93C47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9770AA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E</w:t>
            </w:r>
          </w:p>
        </w:tc>
        <w:tc>
          <w:tcPr>
            <w:tcW w:w="295" w:type="dxa"/>
            <w:shd w:val="clear" w:color="auto" w:fill="FFD9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CA0BEB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O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37E7E7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W</w:t>
            </w:r>
          </w:p>
        </w:tc>
        <w:tc>
          <w:tcPr>
            <w:tcW w:w="295" w:type="dxa"/>
            <w:shd w:val="clear" w:color="auto" w:fill="B4A7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C83EDE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I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209C18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H</w:t>
            </w:r>
          </w:p>
        </w:tc>
        <w:tc>
          <w:tcPr>
            <w:tcW w:w="295" w:type="dxa"/>
            <w:shd w:val="clear" w:color="auto" w:fill="D9D2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112F92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295" w:type="dxa"/>
            <w:shd w:val="clear" w:color="auto" w:fill="D0E0E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5AA86A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E</w:t>
            </w:r>
          </w:p>
        </w:tc>
        <w:tc>
          <w:tcPr>
            <w:tcW w:w="295" w:type="dxa"/>
            <w:shd w:val="clear" w:color="auto" w:fill="A4C2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FBC313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U</w:t>
            </w:r>
          </w:p>
        </w:tc>
        <w:tc>
          <w:tcPr>
            <w:tcW w:w="295" w:type="dxa"/>
            <w:shd w:val="clear" w:color="auto" w:fill="FFE59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777E35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295" w:type="dxa"/>
            <w:shd w:val="clear" w:color="auto" w:fill="CFE2F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31639C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295" w:type="dxa"/>
            <w:shd w:val="clear" w:color="auto" w:fill="D5A6B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C745E4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I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D11D29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R</w:t>
            </w:r>
          </w:p>
        </w:tc>
        <w:tc>
          <w:tcPr>
            <w:tcW w:w="295" w:type="dxa"/>
            <w:shd w:val="clear" w:color="auto" w:fill="F4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5885D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E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142C34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O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F09438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H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72ED35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S</w:t>
            </w:r>
          </w:p>
        </w:tc>
      </w:tr>
      <w:tr w:rsidR="0054656B" w14:paraId="4E27C7AB" w14:textId="77777777">
        <w:trPr>
          <w:trHeight w:val="295"/>
          <w:jc w:val="center"/>
        </w:trPr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CB2564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O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6645BF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N</w:t>
            </w:r>
          </w:p>
        </w:tc>
        <w:tc>
          <w:tcPr>
            <w:tcW w:w="295" w:type="dxa"/>
            <w:shd w:val="clear" w:color="auto" w:fill="B6D7A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8E70C0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295" w:type="dxa"/>
            <w:shd w:val="clear" w:color="auto" w:fill="C27BA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8850B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L</w:t>
            </w:r>
          </w:p>
        </w:tc>
        <w:tc>
          <w:tcPr>
            <w:tcW w:w="295" w:type="dxa"/>
            <w:shd w:val="clear" w:color="auto" w:fill="A2C4C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8D439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295" w:type="dxa"/>
            <w:shd w:val="clear" w:color="auto" w:fill="93C47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66B9DF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V</w:t>
            </w:r>
          </w:p>
        </w:tc>
        <w:tc>
          <w:tcPr>
            <w:tcW w:w="295" w:type="dxa"/>
            <w:shd w:val="clear" w:color="auto" w:fill="FFD9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F55477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N</w:t>
            </w:r>
          </w:p>
        </w:tc>
        <w:tc>
          <w:tcPr>
            <w:tcW w:w="295" w:type="dxa"/>
            <w:shd w:val="clear" w:color="auto" w:fill="B4A7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B61267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G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ECC399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Z</w:t>
            </w:r>
          </w:p>
        </w:tc>
        <w:tc>
          <w:tcPr>
            <w:tcW w:w="295" w:type="dxa"/>
            <w:shd w:val="clear" w:color="auto" w:fill="D9D2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1897AE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C</w:t>
            </w:r>
          </w:p>
        </w:tc>
        <w:tc>
          <w:tcPr>
            <w:tcW w:w="295" w:type="dxa"/>
            <w:shd w:val="clear" w:color="auto" w:fill="FCE5C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7FB28B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R</w:t>
            </w:r>
          </w:p>
        </w:tc>
        <w:tc>
          <w:tcPr>
            <w:tcW w:w="295" w:type="dxa"/>
            <w:shd w:val="clear" w:color="auto" w:fill="D0E0E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F17183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L</w:t>
            </w:r>
          </w:p>
        </w:tc>
        <w:tc>
          <w:tcPr>
            <w:tcW w:w="295" w:type="dxa"/>
            <w:shd w:val="clear" w:color="auto" w:fill="A4C2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9C9877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C</w:t>
            </w:r>
          </w:p>
        </w:tc>
        <w:tc>
          <w:tcPr>
            <w:tcW w:w="295" w:type="dxa"/>
            <w:shd w:val="clear" w:color="auto" w:fill="FFE59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91DA08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shd w:val="clear" w:color="auto" w:fill="CFE2F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6645B7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L</w:t>
            </w:r>
          </w:p>
        </w:tc>
        <w:tc>
          <w:tcPr>
            <w:tcW w:w="295" w:type="dxa"/>
            <w:shd w:val="clear" w:color="auto" w:fill="F4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8D4B07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R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844BAC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N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57D057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M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E05EB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J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9D71E8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B</w:t>
            </w:r>
          </w:p>
        </w:tc>
      </w:tr>
      <w:tr w:rsidR="0054656B" w14:paraId="6DF6CA8C" w14:textId="77777777">
        <w:trPr>
          <w:trHeight w:val="295"/>
          <w:jc w:val="center"/>
        </w:trPr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23C4A9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R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3C638E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H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C4287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T</w:t>
            </w:r>
          </w:p>
        </w:tc>
        <w:tc>
          <w:tcPr>
            <w:tcW w:w="295" w:type="dxa"/>
            <w:shd w:val="clear" w:color="auto" w:fill="B6D7A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510399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M</w:t>
            </w:r>
          </w:p>
        </w:tc>
        <w:tc>
          <w:tcPr>
            <w:tcW w:w="295" w:type="dxa"/>
            <w:shd w:val="clear" w:color="auto" w:fill="A2C4C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03B80F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E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B8E91F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V</w:t>
            </w:r>
          </w:p>
        </w:tc>
        <w:tc>
          <w:tcPr>
            <w:tcW w:w="295" w:type="dxa"/>
            <w:shd w:val="clear" w:color="auto" w:fill="93C47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D423A7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I</w:t>
            </w:r>
          </w:p>
        </w:tc>
        <w:tc>
          <w:tcPr>
            <w:tcW w:w="295" w:type="dxa"/>
            <w:shd w:val="clear" w:color="auto" w:fill="B4A7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688BE5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E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CB9BF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F</w:t>
            </w:r>
          </w:p>
        </w:tc>
        <w:tc>
          <w:tcPr>
            <w:tcW w:w="295" w:type="dxa"/>
            <w:shd w:val="clear" w:color="auto" w:fill="D9D2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2A5EE5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I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8731B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Q</w:t>
            </w:r>
          </w:p>
        </w:tc>
        <w:tc>
          <w:tcPr>
            <w:tcW w:w="295" w:type="dxa"/>
            <w:shd w:val="clear" w:color="auto" w:fill="FCE5C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8AE7A3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295" w:type="dxa"/>
            <w:shd w:val="clear" w:color="auto" w:fill="D5A6B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E52DDC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295" w:type="dxa"/>
            <w:shd w:val="clear" w:color="auto" w:fill="A4C2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1D1C00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I</w:t>
            </w:r>
          </w:p>
        </w:tc>
        <w:tc>
          <w:tcPr>
            <w:tcW w:w="295" w:type="dxa"/>
            <w:shd w:val="clear" w:color="auto" w:fill="F4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C805FC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E</w:t>
            </w:r>
          </w:p>
        </w:tc>
        <w:tc>
          <w:tcPr>
            <w:tcW w:w="295" w:type="dxa"/>
            <w:shd w:val="clear" w:color="auto" w:fill="CFE2F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9A9A84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26B177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72F135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E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9C42F7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C1C6DC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T</w:t>
            </w:r>
          </w:p>
        </w:tc>
      </w:tr>
      <w:tr w:rsidR="0054656B" w14:paraId="49BBE686" w14:textId="77777777">
        <w:trPr>
          <w:trHeight w:val="295"/>
          <w:jc w:val="center"/>
        </w:trPr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C55AE4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L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3CA463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7B2F59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G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D44AD0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shd w:val="clear" w:color="auto" w:fill="B6D7A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46F37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R</w:t>
            </w:r>
          </w:p>
        </w:tc>
        <w:tc>
          <w:tcPr>
            <w:tcW w:w="295" w:type="dxa"/>
            <w:shd w:val="clear" w:color="auto" w:fill="C27BA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F6F745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N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78E037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B</w:t>
            </w:r>
          </w:p>
        </w:tc>
        <w:tc>
          <w:tcPr>
            <w:tcW w:w="295" w:type="dxa"/>
            <w:shd w:val="clear" w:color="auto" w:fill="B4A7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3E892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N</w:t>
            </w:r>
          </w:p>
        </w:tc>
        <w:tc>
          <w:tcPr>
            <w:tcW w:w="295" w:type="dxa"/>
            <w:shd w:val="clear" w:color="auto" w:fill="FFD9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1F8717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G</w:t>
            </w:r>
          </w:p>
        </w:tc>
        <w:tc>
          <w:tcPr>
            <w:tcW w:w="295" w:type="dxa"/>
            <w:shd w:val="clear" w:color="auto" w:fill="D9D2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8E3780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O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F4018A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H</w:t>
            </w:r>
          </w:p>
        </w:tc>
        <w:tc>
          <w:tcPr>
            <w:tcW w:w="295" w:type="dxa"/>
            <w:shd w:val="clear" w:color="auto" w:fill="D5A6B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EBF56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shd w:val="clear" w:color="auto" w:fill="FCE5C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3179CF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C</w:t>
            </w:r>
          </w:p>
        </w:tc>
        <w:tc>
          <w:tcPr>
            <w:tcW w:w="295" w:type="dxa"/>
            <w:shd w:val="clear" w:color="auto" w:fill="F4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1ABF6F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shd w:val="clear" w:color="auto" w:fill="A4C2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2ED8DF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O</w:t>
            </w:r>
          </w:p>
        </w:tc>
        <w:tc>
          <w:tcPr>
            <w:tcW w:w="295" w:type="dxa"/>
            <w:shd w:val="clear" w:color="auto" w:fill="FFE59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42AACB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295" w:type="dxa"/>
            <w:shd w:val="clear" w:color="auto" w:fill="CFE2F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9F0809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041664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L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DBBAF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Z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A172C0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S</w:t>
            </w:r>
          </w:p>
        </w:tc>
      </w:tr>
      <w:tr w:rsidR="0054656B" w14:paraId="2DAD88AB" w14:textId="77777777">
        <w:trPr>
          <w:trHeight w:val="295"/>
          <w:jc w:val="center"/>
        </w:trPr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87740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Q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7BFA9B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R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49C4A8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X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0A2B4A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W</w:t>
            </w:r>
          </w:p>
        </w:tc>
        <w:tc>
          <w:tcPr>
            <w:tcW w:w="295" w:type="dxa"/>
            <w:shd w:val="clear" w:color="auto" w:fill="A2C4C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2B699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O</w:t>
            </w:r>
          </w:p>
        </w:tc>
        <w:tc>
          <w:tcPr>
            <w:tcW w:w="295" w:type="dxa"/>
            <w:shd w:val="clear" w:color="auto" w:fill="B6D7A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7E5FB5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O</w:t>
            </w:r>
          </w:p>
        </w:tc>
        <w:tc>
          <w:tcPr>
            <w:tcW w:w="295" w:type="dxa"/>
            <w:shd w:val="clear" w:color="auto" w:fill="C27BA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2A86C9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C</w:t>
            </w:r>
          </w:p>
        </w:tc>
        <w:tc>
          <w:tcPr>
            <w:tcW w:w="295" w:type="dxa"/>
            <w:shd w:val="clear" w:color="auto" w:fill="B4A7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81936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C</w:t>
            </w:r>
          </w:p>
        </w:tc>
        <w:tc>
          <w:tcPr>
            <w:tcW w:w="295" w:type="dxa"/>
            <w:shd w:val="clear" w:color="auto" w:fill="93C47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FFB938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U</w:t>
            </w:r>
          </w:p>
        </w:tc>
        <w:tc>
          <w:tcPr>
            <w:tcW w:w="295" w:type="dxa"/>
            <w:shd w:val="clear" w:color="auto" w:fill="D9D2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717008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N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E3E92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H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75505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V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990B00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H</w:t>
            </w:r>
          </w:p>
        </w:tc>
        <w:tc>
          <w:tcPr>
            <w:tcW w:w="295" w:type="dxa"/>
            <w:shd w:val="clear" w:color="auto" w:fill="FCE5C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47EBB8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I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2AE12F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C</w:t>
            </w:r>
          </w:p>
        </w:tc>
        <w:tc>
          <w:tcPr>
            <w:tcW w:w="295" w:type="dxa"/>
            <w:shd w:val="clear" w:color="auto" w:fill="A4C2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0DC522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N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5062E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T</w:t>
            </w:r>
          </w:p>
        </w:tc>
        <w:tc>
          <w:tcPr>
            <w:tcW w:w="295" w:type="dxa"/>
            <w:shd w:val="clear" w:color="auto" w:fill="CFE2F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EED837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E97478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R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260C2A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Z</w:t>
            </w:r>
          </w:p>
        </w:tc>
      </w:tr>
      <w:tr w:rsidR="0054656B" w14:paraId="5FD93E5C" w14:textId="77777777">
        <w:trPr>
          <w:trHeight w:val="295"/>
          <w:jc w:val="center"/>
        </w:trPr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60C0B0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M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CD257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22EDB8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B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067B1E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X</w:t>
            </w:r>
          </w:p>
        </w:tc>
        <w:tc>
          <w:tcPr>
            <w:tcW w:w="295" w:type="dxa"/>
            <w:shd w:val="clear" w:color="auto" w:fill="A2C4C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AE0E7C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L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6E63B2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P</w:t>
            </w:r>
          </w:p>
        </w:tc>
        <w:tc>
          <w:tcPr>
            <w:tcW w:w="295" w:type="dxa"/>
            <w:shd w:val="clear" w:color="auto" w:fill="B6D7A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F3636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N</w:t>
            </w:r>
          </w:p>
        </w:tc>
        <w:tc>
          <w:tcPr>
            <w:tcW w:w="295" w:type="dxa"/>
            <w:shd w:val="clear" w:color="auto" w:fill="B4A7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3A3C8B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I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31623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G</w:t>
            </w:r>
          </w:p>
        </w:tc>
        <w:tc>
          <w:tcPr>
            <w:tcW w:w="295" w:type="dxa"/>
            <w:shd w:val="clear" w:color="auto" w:fill="D9D2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91708E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E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97E79B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Q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9CEDF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V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62E418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D536D2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V</w:t>
            </w:r>
          </w:p>
        </w:tc>
        <w:tc>
          <w:tcPr>
            <w:tcW w:w="295" w:type="dxa"/>
            <w:shd w:val="clear" w:color="auto" w:fill="FCE5C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A508C7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O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4EA91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BA89D0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I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45C6F5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F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EE6909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407BC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</w:tr>
      <w:tr w:rsidR="0054656B" w14:paraId="71A1BD6E" w14:textId="77777777">
        <w:trPr>
          <w:trHeight w:val="295"/>
          <w:jc w:val="center"/>
        </w:trPr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3A2AB0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845E8E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2C4567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6F55C4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295" w:type="dxa"/>
            <w:shd w:val="clear" w:color="auto" w:fill="A2C4C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39EF69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A25340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I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60C2B9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J</w:t>
            </w:r>
          </w:p>
        </w:tc>
        <w:tc>
          <w:tcPr>
            <w:tcW w:w="295" w:type="dxa"/>
            <w:shd w:val="clear" w:color="auto" w:fill="B4A7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1B127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295" w:type="dxa"/>
            <w:shd w:val="clear" w:color="auto" w:fill="C27BA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9F4DB9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295" w:type="dxa"/>
            <w:shd w:val="clear" w:color="auto" w:fill="D9D2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756F6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295" w:type="dxa"/>
            <w:shd w:val="clear" w:color="auto" w:fill="EAD1D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406B70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295" w:type="dxa"/>
            <w:shd w:val="clear" w:color="auto" w:fill="EAD1D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665C10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L</w:t>
            </w:r>
          </w:p>
        </w:tc>
        <w:tc>
          <w:tcPr>
            <w:tcW w:w="295" w:type="dxa"/>
            <w:shd w:val="clear" w:color="auto" w:fill="EAD1D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E6AA6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G</w:t>
            </w:r>
          </w:p>
        </w:tc>
        <w:tc>
          <w:tcPr>
            <w:tcW w:w="295" w:type="dxa"/>
            <w:shd w:val="clear" w:color="auto" w:fill="EAD1D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23308B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E</w:t>
            </w:r>
          </w:p>
        </w:tc>
        <w:tc>
          <w:tcPr>
            <w:tcW w:w="295" w:type="dxa"/>
            <w:shd w:val="clear" w:color="auto" w:fill="EAD1D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0A0E2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R</w:t>
            </w:r>
          </w:p>
        </w:tc>
        <w:tc>
          <w:tcPr>
            <w:tcW w:w="295" w:type="dxa"/>
            <w:shd w:val="clear" w:color="auto" w:fill="FCE5C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CDB6D9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N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EC8404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L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91577C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O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D5F534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E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2CBED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B</w:t>
            </w:r>
          </w:p>
        </w:tc>
      </w:tr>
      <w:tr w:rsidR="0054656B" w14:paraId="715F742D" w14:textId="77777777">
        <w:trPr>
          <w:trHeight w:val="295"/>
          <w:jc w:val="center"/>
        </w:trPr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ED0CCF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T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11581C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W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6E0E2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L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20C774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O</w:t>
            </w:r>
          </w:p>
        </w:tc>
        <w:tc>
          <w:tcPr>
            <w:tcW w:w="295" w:type="dxa"/>
            <w:shd w:val="clear" w:color="auto" w:fill="A2C4C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90813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V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B9C6D0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P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0CFD5E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F</w:t>
            </w:r>
          </w:p>
        </w:tc>
        <w:tc>
          <w:tcPr>
            <w:tcW w:w="295" w:type="dxa"/>
            <w:shd w:val="clear" w:color="auto" w:fill="FFF2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60D6E3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295" w:type="dxa"/>
            <w:shd w:val="clear" w:color="auto" w:fill="FFF2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20B734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E</w:t>
            </w:r>
          </w:p>
        </w:tc>
        <w:tc>
          <w:tcPr>
            <w:tcW w:w="295" w:type="dxa"/>
            <w:shd w:val="clear" w:color="auto" w:fill="FFF2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211F95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R</w:t>
            </w:r>
          </w:p>
        </w:tc>
        <w:tc>
          <w:tcPr>
            <w:tcW w:w="295" w:type="dxa"/>
            <w:shd w:val="clear" w:color="auto" w:fill="FFF2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C55ADE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E</w:t>
            </w:r>
          </w:p>
        </w:tc>
        <w:tc>
          <w:tcPr>
            <w:tcW w:w="295" w:type="dxa"/>
            <w:shd w:val="clear" w:color="auto" w:fill="FFF2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3BB1EC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B</w:t>
            </w:r>
          </w:p>
        </w:tc>
        <w:tc>
          <w:tcPr>
            <w:tcW w:w="295" w:type="dxa"/>
            <w:shd w:val="clear" w:color="auto" w:fill="FFF2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2551D9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E</w:t>
            </w:r>
          </w:p>
        </w:tc>
        <w:tc>
          <w:tcPr>
            <w:tcW w:w="295" w:type="dxa"/>
            <w:shd w:val="clear" w:color="auto" w:fill="FFF2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C1C4A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A12350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N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D49134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H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D322E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K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EEB57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X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B35909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M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6B95D3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Y</w:t>
            </w:r>
          </w:p>
        </w:tc>
      </w:tr>
      <w:tr w:rsidR="0054656B" w14:paraId="4DF98409" w14:textId="77777777">
        <w:trPr>
          <w:trHeight w:val="295"/>
          <w:jc w:val="center"/>
        </w:trPr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F8C8D9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Q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3E1940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5BA629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Y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023AAE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E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91D922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R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43E8D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V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482858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E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408033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N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830243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I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FAA719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P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E92CFF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Y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6FEDFA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X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098AA0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O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18113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O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5A2768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K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A676E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Y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2B7520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X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3908F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18E7DB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U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83A263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S</w:t>
            </w:r>
          </w:p>
        </w:tc>
      </w:tr>
      <w:tr w:rsidR="0054656B" w14:paraId="360190B8" w14:textId="77777777">
        <w:trPr>
          <w:trHeight w:val="295"/>
          <w:jc w:val="center"/>
        </w:trPr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4B1F7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P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02FC08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K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8BBD04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T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DEEA8B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N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D890C9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J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377B5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R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845A82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E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90D7CA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B31A73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T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0AA53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G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70F722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L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C5D08E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E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DEC582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W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4BD1B0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J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B80F0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V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253AF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P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53CAC8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B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972535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N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7B583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P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F325E5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T</w:t>
            </w:r>
          </w:p>
        </w:tc>
      </w:tr>
      <w:tr w:rsidR="0054656B" w14:paraId="7BB5884A" w14:textId="77777777">
        <w:trPr>
          <w:trHeight w:val="295"/>
          <w:jc w:val="center"/>
        </w:trPr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19A41A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X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B981AA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B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B0394A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J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92A054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K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1D853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V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8B780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87719D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R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1E772B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Y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CE6C03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U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127C3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P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333A1F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E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497455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0095C7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7ED646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EF133F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O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C22D3A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C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4E060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Q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49189F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R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4277CE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O</w:t>
            </w:r>
          </w:p>
        </w:tc>
        <w:tc>
          <w:tcPr>
            <w:tcW w:w="2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FB1731" w14:textId="77777777" w:rsidR="0054656B" w:rsidRDefault="00000000">
            <w:pPr>
              <w:spacing w:after="0"/>
              <w:jc w:val="center"/>
            </w:pPr>
            <w:r>
              <w:rPr>
                <w:b/>
                <w:sz w:val="18"/>
              </w:rPr>
              <w:t>A</w:t>
            </w:r>
          </w:p>
        </w:tc>
      </w:tr>
    </w:tbl>
    <w:p w14:paraId="7E3A88BF" w14:textId="77777777" w:rsidR="0054656B" w:rsidRDefault="00000000">
      <w:pPr>
        <w:spacing w:before="120"/>
      </w:pPr>
      <w:r>
        <w:rPr>
          <w:b/>
        </w:rPr>
        <w:t>Clave de ubicación: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440"/>
        <w:gridCol w:w="5440"/>
      </w:tblGrid>
      <w:tr w:rsidR="0054656B" w14:paraId="7134310E" w14:textId="77777777">
        <w:trPr>
          <w:jc w:val="center"/>
        </w:trPr>
        <w:tc>
          <w:tcPr>
            <w:tcW w:w="5440" w:type="dxa"/>
          </w:tcPr>
          <w:p w14:paraId="269D0FFC" w14:textId="77777777" w:rsidR="0054656B" w:rsidRDefault="00000000">
            <w:r>
              <w:rPr>
                <w:sz w:val="16"/>
              </w:rPr>
              <w:t>DERECHO: F13-C14 a F7-C20 (diagonal ↗)</w:t>
            </w:r>
          </w:p>
        </w:tc>
        <w:tc>
          <w:tcPr>
            <w:tcW w:w="5440" w:type="dxa"/>
          </w:tcPr>
          <w:p w14:paraId="727AEF1D" w14:textId="77777777" w:rsidR="0054656B" w:rsidRDefault="00000000">
            <w:r>
              <w:rPr>
                <w:sz w:val="16"/>
              </w:rPr>
              <w:t>CUALIDADES: F4-C7 a F13-C16 (diagonal ↘)</w:t>
            </w:r>
          </w:p>
        </w:tc>
      </w:tr>
      <w:tr w:rsidR="0054656B" w14:paraId="7DDEB069" w14:textId="77777777">
        <w:trPr>
          <w:jc w:val="center"/>
        </w:trPr>
        <w:tc>
          <w:tcPr>
            <w:tcW w:w="5440" w:type="dxa"/>
          </w:tcPr>
          <w:p w14:paraId="7A4ADA4C" w14:textId="77777777" w:rsidR="0054656B" w:rsidRDefault="00000000">
            <w:r>
              <w:rPr>
                <w:sz w:val="16"/>
              </w:rPr>
              <w:t>LIBERTAD: F7-C10 a F7-C17 (horizontal →)</w:t>
            </w:r>
          </w:p>
        </w:tc>
        <w:tc>
          <w:tcPr>
            <w:tcW w:w="5440" w:type="dxa"/>
          </w:tcPr>
          <w:p w14:paraId="24A58B53" w14:textId="77777777" w:rsidR="0054656B" w:rsidRDefault="00000000">
            <w:r>
              <w:rPr>
                <w:sz w:val="16"/>
              </w:rPr>
              <w:t>EXIGENCIAS: F8-C8 a F17-C8 (vertical ↓)</w:t>
            </w:r>
          </w:p>
        </w:tc>
      </w:tr>
      <w:tr w:rsidR="0054656B" w14:paraId="302695CC" w14:textId="77777777">
        <w:trPr>
          <w:jc w:val="center"/>
        </w:trPr>
        <w:tc>
          <w:tcPr>
            <w:tcW w:w="5440" w:type="dxa"/>
          </w:tcPr>
          <w:p w14:paraId="6322B45D" w14:textId="77777777" w:rsidR="0054656B" w:rsidRDefault="00000000">
            <w:r>
              <w:rPr>
                <w:sz w:val="16"/>
              </w:rPr>
              <w:t>IGUALDAD: F7-C11 a F14-C18 (diagonal ↘)</w:t>
            </w:r>
          </w:p>
        </w:tc>
        <w:tc>
          <w:tcPr>
            <w:tcW w:w="5440" w:type="dxa"/>
          </w:tcPr>
          <w:p w14:paraId="456E3651" w14:textId="77777777" w:rsidR="0054656B" w:rsidRDefault="00000000">
            <w:r>
              <w:rPr>
                <w:sz w:val="16"/>
              </w:rPr>
              <w:t>ETICA: F2-C9 a F6-C9 (vertical ↓)</w:t>
            </w:r>
          </w:p>
        </w:tc>
      </w:tr>
      <w:tr w:rsidR="0054656B" w14:paraId="28848521" w14:textId="77777777">
        <w:trPr>
          <w:jc w:val="center"/>
        </w:trPr>
        <w:tc>
          <w:tcPr>
            <w:tcW w:w="5440" w:type="dxa"/>
          </w:tcPr>
          <w:p w14:paraId="534D7AD1" w14:textId="77777777" w:rsidR="0054656B" w:rsidRDefault="00000000">
            <w:r>
              <w:rPr>
                <w:sz w:val="16"/>
              </w:rPr>
              <w:t>DEBERES: F17-C14 a F17-C8 (horizontal ←)</w:t>
            </w:r>
          </w:p>
        </w:tc>
        <w:tc>
          <w:tcPr>
            <w:tcW w:w="5440" w:type="dxa"/>
          </w:tcPr>
          <w:p w14:paraId="5E6D773F" w14:textId="77777777" w:rsidR="0054656B" w:rsidRDefault="00000000">
            <w:r>
              <w:rPr>
                <w:sz w:val="16"/>
              </w:rPr>
              <w:t>VALORES: F17-C5 a F11-C5 (vertical ↑)</w:t>
            </w:r>
          </w:p>
        </w:tc>
      </w:tr>
      <w:tr w:rsidR="0054656B" w14:paraId="7F28A6AF" w14:textId="77777777">
        <w:trPr>
          <w:jc w:val="center"/>
        </w:trPr>
        <w:tc>
          <w:tcPr>
            <w:tcW w:w="5440" w:type="dxa"/>
          </w:tcPr>
          <w:p w14:paraId="7EF40346" w14:textId="77777777" w:rsidR="0054656B" w:rsidRDefault="00000000">
            <w:r>
              <w:rPr>
                <w:sz w:val="16"/>
              </w:rPr>
              <w:t>OBLIGACIONES: F5-C10 a F16-C10 (vertical ↓)</w:t>
            </w:r>
          </w:p>
        </w:tc>
        <w:tc>
          <w:tcPr>
            <w:tcW w:w="5440" w:type="dxa"/>
          </w:tcPr>
          <w:p w14:paraId="722E8EC9" w14:textId="77777777" w:rsidR="0054656B" w:rsidRDefault="00000000">
            <w:r>
              <w:rPr>
                <w:sz w:val="16"/>
              </w:rPr>
              <w:t>DIGNIDAD: F6-C19 a F13-C12 (diagonal ↙)</w:t>
            </w:r>
          </w:p>
        </w:tc>
      </w:tr>
      <w:tr w:rsidR="0054656B" w14:paraId="17FCD024" w14:textId="77777777">
        <w:trPr>
          <w:jc w:val="center"/>
        </w:trPr>
        <w:tc>
          <w:tcPr>
            <w:tcW w:w="5440" w:type="dxa"/>
          </w:tcPr>
          <w:p w14:paraId="558F768B" w14:textId="77777777" w:rsidR="0054656B" w:rsidRDefault="00000000">
            <w:r>
              <w:rPr>
                <w:sz w:val="16"/>
              </w:rPr>
              <w:t>REPARACION: F7-C7 a F16-C16 (diagonal ↘)</w:t>
            </w:r>
          </w:p>
        </w:tc>
        <w:tc>
          <w:tcPr>
            <w:tcW w:w="5440" w:type="dxa"/>
          </w:tcPr>
          <w:p w14:paraId="7BC38CC8" w14:textId="77777777" w:rsidR="0054656B" w:rsidRDefault="00000000">
            <w:r>
              <w:rPr>
                <w:sz w:val="16"/>
              </w:rPr>
              <w:t>UNIVERSAL: F14-C9 a F6-C1 (diagonal ↖)</w:t>
            </w:r>
          </w:p>
        </w:tc>
      </w:tr>
      <w:tr w:rsidR="0054656B" w14:paraId="45F5871F" w14:textId="77777777">
        <w:trPr>
          <w:jc w:val="center"/>
        </w:trPr>
        <w:tc>
          <w:tcPr>
            <w:tcW w:w="5440" w:type="dxa"/>
          </w:tcPr>
          <w:p w14:paraId="58C9B5BD" w14:textId="77777777" w:rsidR="0054656B" w:rsidRDefault="00000000">
            <w:r>
              <w:rPr>
                <w:sz w:val="16"/>
              </w:rPr>
              <w:t>LEGALIDAD: F11-C12 a F3-C4 (diagonal ↖)</w:t>
            </w:r>
          </w:p>
        </w:tc>
        <w:tc>
          <w:tcPr>
            <w:tcW w:w="5440" w:type="dxa"/>
          </w:tcPr>
          <w:p w14:paraId="4D4E0A7F" w14:textId="77777777" w:rsidR="0054656B" w:rsidRDefault="00000000">
            <w:r>
              <w:rPr>
                <w:sz w:val="16"/>
              </w:rPr>
              <w:t>DELITO: F8-C13 a F3-C13 (vertical ↑)</w:t>
            </w:r>
          </w:p>
        </w:tc>
      </w:tr>
      <w:tr w:rsidR="0054656B" w14:paraId="0CA74814" w14:textId="77777777">
        <w:trPr>
          <w:jc w:val="center"/>
        </w:trPr>
        <w:tc>
          <w:tcPr>
            <w:tcW w:w="5440" w:type="dxa"/>
          </w:tcPr>
          <w:p w14:paraId="774D9A0F" w14:textId="77777777" w:rsidR="0054656B" w:rsidRDefault="00000000">
            <w:r>
              <w:rPr>
                <w:sz w:val="16"/>
              </w:rPr>
              <w:t>REGLAS: F16-C15 a F16-C10 (horizontal ←)</w:t>
            </w:r>
          </w:p>
        </w:tc>
        <w:tc>
          <w:tcPr>
            <w:tcW w:w="5440" w:type="dxa"/>
          </w:tcPr>
          <w:p w14:paraId="771C1D91" w14:textId="77777777" w:rsidR="0054656B" w:rsidRDefault="00000000">
            <w:r>
              <w:rPr>
                <w:sz w:val="16"/>
              </w:rPr>
              <w:t>GENOCIDIO: F13-C9 a F5-C1 (diagonal ↖)</w:t>
            </w:r>
          </w:p>
        </w:tc>
      </w:tr>
      <w:tr w:rsidR="0054656B" w14:paraId="67E44C3D" w14:textId="77777777">
        <w:trPr>
          <w:jc w:val="center"/>
        </w:trPr>
        <w:tc>
          <w:tcPr>
            <w:tcW w:w="5440" w:type="dxa"/>
          </w:tcPr>
          <w:p w14:paraId="0884D93F" w14:textId="77777777" w:rsidR="0054656B" w:rsidRDefault="00000000">
            <w:r>
              <w:rPr>
                <w:sz w:val="16"/>
              </w:rPr>
              <w:t>NORMAS: F15-C7 a F10-C2 (diagonal ↖)</w:t>
            </w:r>
          </w:p>
        </w:tc>
        <w:tc>
          <w:tcPr>
            <w:tcW w:w="5440" w:type="dxa"/>
          </w:tcPr>
          <w:p w14:paraId="6B8EFF48" w14:textId="77777777" w:rsidR="0054656B" w:rsidRDefault="00000000">
            <w:r>
              <w:rPr>
                <w:sz w:val="16"/>
              </w:rPr>
              <w:t>VIOLENCIA: F8-C1 a F16-C9 (diagonal ↘)</w:t>
            </w:r>
          </w:p>
        </w:tc>
      </w:tr>
      <w:tr w:rsidR="0054656B" w14:paraId="026B2EAB" w14:textId="77777777">
        <w:trPr>
          <w:jc w:val="center"/>
        </w:trPr>
        <w:tc>
          <w:tcPr>
            <w:tcW w:w="5440" w:type="dxa"/>
          </w:tcPr>
          <w:p w14:paraId="3C4DAD55" w14:textId="77777777" w:rsidR="0054656B" w:rsidRDefault="00000000">
            <w:r>
              <w:rPr>
                <w:sz w:val="16"/>
              </w:rPr>
              <w:t>CONSTITUCION: F3-C5 a F14-C16 (diagonal ↘)</w:t>
            </w:r>
          </w:p>
        </w:tc>
        <w:tc>
          <w:tcPr>
            <w:tcW w:w="5440" w:type="dxa"/>
          </w:tcPr>
          <w:p w14:paraId="0AFF624F" w14:textId="77777777" w:rsidR="0054656B" w:rsidRDefault="0054656B"/>
        </w:tc>
      </w:tr>
    </w:tbl>
    <w:p w14:paraId="4D100D30" w14:textId="77777777" w:rsidR="00213A17" w:rsidRDefault="00213A17"/>
    <w:sectPr w:rsidR="00213A17" w:rsidSect="00034616">
      <w:pgSz w:w="12240" w:h="15840"/>
      <w:pgMar w:top="680" w:right="680" w:bottom="680" w:left="6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86075568">
    <w:abstractNumId w:val="8"/>
  </w:num>
  <w:num w:numId="2" w16cid:durableId="484318977">
    <w:abstractNumId w:val="6"/>
  </w:num>
  <w:num w:numId="3" w16cid:durableId="581183820">
    <w:abstractNumId w:val="5"/>
  </w:num>
  <w:num w:numId="4" w16cid:durableId="830213276">
    <w:abstractNumId w:val="4"/>
  </w:num>
  <w:num w:numId="5" w16cid:durableId="1499807692">
    <w:abstractNumId w:val="7"/>
  </w:num>
  <w:num w:numId="6" w16cid:durableId="2028943044">
    <w:abstractNumId w:val="3"/>
  </w:num>
  <w:num w:numId="7" w16cid:durableId="1324503237">
    <w:abstractNumId w:val="2"/>
  </w:num>
  <w:num w:numId="8" w16cid:durableId="1167091215">
    <w:abstractNumId w:val="1"/>
  </w:num>
  <w:num w:numId="9" w16cid:durableId="1494492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13A17"/>
    <w:rsid w:val="0029639D"/>
    <w:rsid w:val="00326F90"/>
    <w:rsid w:val="0054656B"/>
    <w:rsid w:val="0055056E"/>
    <w:rsid w:val="00AA1D8D"/>
    <w:rsid w:val="00B47730"/>
    <w:rsid w:val="00CB0664"/>
    <w:rsid w:val="00E902B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C2A86221-8FD3-4CB1-A4FD-09BF8C45F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475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3086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Blanca Ramírez Torrejon</cp:lastModifiedBy>
  <cp:revision>2</cp:revision>
  <dcterms:created xsi:type="dcterms:W3CDTF">2013-12-23T23:15:00Z</dcterms:created>
  <dcterms:modified xsi:type="dcterms:W3CDTF">2026-07-31T12:22:00Z</dcterms:modified>
  <cp:category/>
</cp:coreProperties>
</file>